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https://szeb.sz.gov.cn/szzkw/zkcx/zxks/zkzy/bkcc/content/post_8949078.html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b7ac00a74044eb0afab2423f6836d2bf27d589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db7ac00a74044eb0afab2423f6836d2bf27d589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078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