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关于2022年上半年自考毕业手续办理防疫要求的紧急通知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2022-06-18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https://szeb.sz.gov.cn/szzkw/zkgg/zkxx1/content/post_9895399.html</w:t>
        </w:r>
      </w:hyperlink>
    </w:p>
    <w:p/>
    <w:p>
      <w:r>
        <w:t>2022年上半年自考毕业手续办理工作于6月19-20日进行，鉴于目前疫情防控要求，预约办理毕业手续的考生需提供24小时内核酸检测记录或48小时核酸检测结果+24小时内核酸检测记录，请考生提前做好核酸检测。</w:t>
      </w:r>
    </w:p>
    <w:p>
      <w:r>
        <w:t>深圳市招生考试办公室</w:t>
      </w:r>
    </w:p>
    <w:p>
      <w:r>
        <w:t>2022年6月18日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989539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