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2024年广东省定向培养军士体格检查公告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2024-06-30</w:t>
      </w:r>
    </w:p>
    <w:p>
      <w:r>
        <w:rPr>
          <w:sz w:val="18"/>
        </w:rPr>
        <w:t>来源  广东征兵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https://eea.gd.gov.cn/ptgk/content/post_4447533.html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https://eea.gd.gov.cn/tzgg/content/post_4447535.html</w:t>
        </w:r>
      </w:hyperlink>
    </w:p>
    <w:p/>
    <w:p>
      <w:r>
        <w:t>考生及家长：</w:t>
      </w:r>
    </w:p>
    <w:p>
      <w:r>
        <w:t>现将2024年广东省定向培养军士体检事项公告如下：</w:t>
      </w:r>
    </w:p>
    <w:p>
      <w:r>
        <w:t>一、体检控制线</w:t>
      </w:r>
    </w:p>
    <w:p>
      <w:r>
        <w:t>依据广东省招生委员会办公室、广东省人民政府征兵办公室《关于做好2024年招收定向培养军士工作的通知》规定，按照考生志愿和高考成绩从高到低的顺序，依照招生计划数5倍划定体检控制线（其中女性按专科段划线），现确定各类考生体检分数线（专科总分）为：</w:t>
      </w:r>
    </w:p>
    <w:p>
      <w:r>
        <w:t>1.物理类：男性419分、女性440分；</w:t>
      </w:r>
    </w:p>
    <w:p>
      <w:r>
        <w:t>2.历史类：男性384分、女性423分。</w:t>
      </w:r>
    </w:p>
    <w:p>
      <w:r>
        <w:t>二、体检安排</w:t>
      </w:r>
    </w:p>
    <w:p>
      <w:r>
        <w:t>由考生报考地的市级征兵办公室统一组织（具体安排见附表），体检、政治考核结果于7月20日前后在广东省教育考试院官方网站（https://eea.gd.gov.cn/）公布。</w:t>
      </w:r>
    </w:p>
    <w:p>
      <w:r>
        <w:t>三、有关要求</w:t>
      </w:r>
    </w:p>
    <w:p>
      <w:r>
        <w:t>（一）考生听从工作人员通知参加体检，携带个人身份证，于体检当日7:00前空腹到指定地点参检，尽量少带随身物品；</w:t>
      </w:r>
    </w:p>
    <w:p>
      <w:r>
        <w:t>（二）体检不收取任何费用，如有人以任何名义收取费用，请致电举报，举报电话：020-88666799。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5ccf67b561f5adea8b3780960c6c92a51bf88f1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807804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5ccf67b561f5adea8b3780960c6c92a51bf88f1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07804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447533.html" TargetMode="External"/><Relationship Id="rId11" Type="http://schemas.openxmlformats.org/officeDocument/2006/relationships/hyperlink" Target="https://eea.gd.gov.cn/tzgg/content/post_4447535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