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中考前致考生与家长的一封公开信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2020-07-16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https://szeb.sz.gov.cn/szzkw/zkgg/zkxx/content/post_8946086.html</w:t>
        </w:r>
      </w:hyperlink>
    </w:p>
    <w:p/>
    <w:p>
      <w:r>
        <w:t>各位考生、各位家长：</w:t>
      </w:r>
    </w:p>
    <w:p>
      <w:r>
        <w:t>你们好！</w:t>
      </w:r>
    </w:p>
    <w:p>
      <w:r>
        <w:t>一年一度的全市初中学业水平考试（以下简称中考）就要开始了，我们向积极应考的莘莘学子送上真诚的祝福，预祝你们沉着应考，考出水平，以优秀的成绩实现自己的美好愿望。</w:t>
      </w:r>
    </w:p>
    <w:p>
      <w:r>
        <w:t>中考成绩是高中学校录取新生的重要依据，必须坚持公平竞争，公正择优。多年来，我市的中考在严格组织管理、严肃考风考纪等方面采取了许多行之有效的措施，为广大考生创造了一个公平竞争的环境，保证了中考的公平公正，赢得了广泛的社会赞誉。这些成绩的取得，既有各级教育部门和招生考试工作人员的辛勤劳动，更有广大考生和家长的大力支持，对此我们表示衷心感谢！</w:t>
      </w:r>
    </w:p>
    <w:p>
      <w:r>
        <w:t>做好中考工作意义重大。我市将继续坚持高标准，严要求，坚决维护中考的社会信誉和教育考试的公平。在此，希望广大考生积极配合，端正态度，树立“诚信考试光荣，作弊违纪可耻”的思想，摒弃一切侥幸心理，自觉遵守考试纪律，服从考试工作人员的指挥，不参与任何形式的违纪舞弊行为，不冒名代替，不携带手机等通讯工具进考场，不夹带抄袭，做到诚实守信，遵纪守法。希望广大考生轻装上阵，以实际行动交上一份满意的答卷。</w:t>
      </w:r>
    </w:p>
    <w:p>
      <w:r>
        <w:t>请家长指导考生劳逸结合、规律作息、健康饮食，做好卫生防护，尽量减少外出，减少聚会、聚餐等聚集性活动。请科学选择赴考交通方式，确保学生准时到达考点，并注意出行安全。根据今年疫情防控的特殊情况，考试过程中，恳请家长不在考点周边聚集，共同营造安静、安全的考试环境</w:t>
      </w:r>
    </w:p>
    <w:p>
      <w:r>
        <w:t>最后，祝全市考生身心健康、考试顺利、心想事成！衷心感谢各位家长对我们工作的支持！</w:t>
      </w:r>
    </w:p>
    <w:p>
      <w:r>
        <w:t>深圳市招生考试办公室</w:t>
      </w:r>
    </w:p>
    <w:p>
      <w:r>
        <w:t>2020年7月16日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8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