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https://szeb.sz.gov.cn/szzkw/zkcx/zxks/zkzy/zkcc/content/post_8949019.html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630201d9daa150da45624413937f83a9c30ea0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630201d9daa150da45624413937f83a9c30ea0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1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