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关于2026年10月广东省高等教育自学考试增加舆论学课程的通知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2026-03-16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自学考试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https://eea.gd.gov.cn/zxks/content/post_4870184.html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https://eea.gd.gov.cn/news/content/post_4870386.html</w:t>
        </w:r>
      </w:hyperlink>
    </w:p>
    <w:p/>
    <w:p>
      <w:r>
        <w:t>各地级以上市自学考试办公室，各有关主考学校：</w:t>
      </w:r>
    </w:p>
    <w:p>
      <w:r>
        <w:t>为解决相关考生及主考学校反映的情况，结合我省办考实际，经研究，决定在我省2026年10月高等教育自学考试开考课程安排中增加开考“舆论学”课程（课程代码08257），考试时间为10月24日（周六）下午。该课程使用教材及考试大纲信息如下：</w:t>
      </w:r>
    </w:p>
    <w:p>
      <w:r>
        <w:t>教材名称：《舆论学教程》；主编：李彪；出版社：中国人民大学出版社；版次：2023年第二版。考试大纲可在广东省自学考试管理系统专业计划栏目内下载。</w:t>
      </w:r>
    </w:p>
    <w:p>
      <w:r>
        <w:t>请各地市自考办、主考学校积极做好相关宣传工作。</w:t>
      </w:r>
    </w:p>
    <w:p>
      <w:r>
        <w:t>广东省自学考试委员会办公室</w:t>
      </w:r>
    </w:p>
    <w:p>
      <w:r>
        <w:t>2026年3月13日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xks/content/post_4870184.html" TargetMode="External"/><Relationship Id="rId11" Type="http://schemas.openxmlformats.org/officeDocument/2006/relationships/hyperlink" Target="https://eea.gd.gov.cn/news/content/post_487038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