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自考专业数据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2019-06-14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本科层次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https://szeb.sz.gov.cn/szzkw/zkcx/zxks/zkzy/bkcc/content/post_8949129.html</w:t>
        </w:r>
      </w:hyperlink>
    </w:p>
    <w:p/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797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2f84000f811557ced33bdbcd6e423c8d9c1b9e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79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370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2f84000f811557ced33bdbcd6e423c8d9c1b9e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3703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zy/bkcc/content/post_8949129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