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我省2025年专科征集志愿投档情况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https://eea.gd.gov.cn/ptgk/content/post_4756547.html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https://eea.gd.gov.cn/zwgk/sjfb/tjsj/content/post_4756553.html</w:t>
        </w:r>
      </w:hyperlink>
    </w:p>
    <w:p/>
    <w:p>
      <w:r>
        <w:t>我省2025年专科征集志愿已完成投档，投档情况见附件。</w:t>
      </w:r>
    </w:p>
    <w:p>
      <w:r>
        <w:t>1.广东省2025年专科普通类（历史）征集志愿投档情况</w:t>
      </w:r>
    </w:p>
    <w:p>
      <w:r>
        <w:t>2.广东省2025年专科普通类（物理）征集志愿投档情况</w:t>
      </w:r>
    </w:p>
    <w:p>
      <w:r>
        <w:t>3.广东省2025年专科体育类征集志愿投档情况</w:t>
      </w:r>
    </w:p>
    <w:p>
      <w:r>
        <w:t>4.广东省2025年专科音乐类统考征集志愿投档情况</w:t>
      </w:r>
    </w:p>
    <w:p>
      <w:r>
        <w:t>5.广东省2025年专科舞蹈类统考征集志愿投档情况</w:t>
      </w:r>
    </w:p>
    <w:p>
      <w:r>
        <w:t>6.广东省2025年专科美术与设计类统考征集志愿投档情况</w:t>
      </w:r>
    </w:p>
    <w:p>
      <w:r>
        <w:t>7.广东省2025年专科播音与主持类统考征集志愿投档情况</w:t>
      </w:r>
    </w:p>
    <w:p>
      <w:r>
        <w:t>8.广东省2025年专科表(导)演类统考征集志愿投档情况</w:t>
      </w:r>
    </w:p>
    <w:p>
      <w:r>
        <w:t>9.广东省2025年专科戏曲类省际联考征集志愿投档情况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1.广东省2025年专科普通类（历史）征集志愿投档情况</w:t>
        </w:r>
      </w:hyperlink>
    </w:p>
    <w:p>
      <w:r>
        <w:rPr>
          <w:sz w:val="16"/>
        </w:rPr>
        <w:t>https://eea.gd.gov.cn/attachment/0/588/588233/4756547.pdf</w:t>
      </w:r>
    </w:p>
    <w:p>
      <w:hyperlink r:id="rId13">
        <w:r>
          <w:rPr>
            <w:color w:val="18548A"/>
          </w:rPr>
          <w:t>2.广东省2025年专科普通类（物理）征集志愿投档情况</w:t>
        </w:r>
      </w:hyperlink>
    </w:p>
    <w:p>
      <w:r>
        <w:rPr>
          <w:sz w:val="16"/>
        </w:rPr>
        <w:t>https://eea.gd.gov.cn/attachment/0/588/588234/4756547.pdf</w:t>
      </w:r>
    </w:p>
    <w:p>
      <w:hyperlink r:id="rId14">
        <w:r>
          <w:rPr>
            <w:color w:val="18548A"/>
          </w:rPr>
          <w:t>3.广东省2025年专科体育类征集志愿投档情况</w:t>
        </w:r>
      </w:hyperlink>
    </w:p>
    <w:p>
      <w:r>
        <w:rPr>
          <w:sz w:val="16"/>
        </w:rPr>
        <w:t>https://eea.gd.gov.cn/attachment/0/588/588235/4756547.pdf</w:t>
      </w:r>
    </w:p>
    <w:p>
      <w:hyperlink r:id="rId15">
        <w:r>
          <w:rPr>
            <w:color w:val="18548A"/>
          </w:rPr>
          <w:t>4.广东省2025年专科音乐类统考征集志愿投档情况</w:t>
        </w:r>
      </w:hyperlink>
    </w:p>
    <w:p>
      <w:r>
        <w:rPr>
          <w:sz w:val="16"/>
        </w:rPr>
        <w:t>https://eea.gd.gov.cn/attachment/0/588/588236/4756547.pdf</w:t>
      </w:r>
    </w:p>
    <w:p>
      <w:hyperlink r:id="rId16">
        <w:r>
          <w:rPr>
            <w:color w:val="18548A"/>
          </w:rPr>
          <w:t>5.广东省2025年专科舞蹈类统考征集志愿投档情况</w:t>
        </w:r>
      </w:hyperlink>
    </w:p>
    <w:p>
      <w:r>
        <w:rPr>
          <w:sz w:val="16"/>
        </w:rPr>
        <w:t>https://eea.gd.gov.cn/attachment/0/588/588237/4756547.pdf</w:t>
      </w:r>
    </w:p>
    <w:p>
      <w:hyperlink r:id="rId17">
        <w:r>
          <w:rPr>
            <w:color w:val="18548A"/>
          </w:rPr>
          <w:t>6.广东省2025年专科美术与设计类统考征集志愿投档情况</w:t>
        </w:r>
      </w:hyperlink>
    </w:p>
    <w:p>
      <w:r>
        <w:rPr>
          <w:sz w:val="16"/>
        </w:rPr>
        <w:t>https://eea.gd.gov.cn/attachment/0/588/588238/4756547.pdf</w:t>
      </w:r>
    </w:p>
    <w:p>
      <w:hyperlink r:id="rId18">
        <w:r>
          <w:rPr>
            <w:color w:val="18548A"/>
          </w:rPr>
          <w:t>7.广东省2025年专科播音与主持类统考征集志愿投档情况</w:t>
        </w:r>
      </w:hyperlink>
    </w:p>
    <w:p>
      <w:r>
        <w:rPr>
          <w:sz w:val="16"/>
        </w:rPr>
        <w:t>https://eea.gd.gov.cn/attachment/0/588/588239/4756547.pdf</w:t>
      </w:r>
    </w:p>
    <w:p>
      <w:hyperlink r:id="rId19">
        <w:r>
          <w:rPr>
            <w:color w:val="18548A"/>
          </w:rPr>
          <w:t>8.广东省2025年专科表(导)演类统考征集志愿投档情况</w:t>
        </w:r>
      </w:hyperlink>
    </w:p>
    <w:p>
      <w:r>
        <w:rPr>
          <w:sz w:val="16"/>
        </w:rPr>
        <w:t>https://eea.gd.gov.cn/attachment/0/588/588240/4756547.pdf</w:t>
      </w:r>
    </w:p>
    <w:p>
      <w:hyperlink r:id="rId20">
        <w:r>
          <w:rPr>
            <w:color w:val="18548A"/>
          </w:rPr>
          <w:t>9.广东省2025年专科戏曲类省际联考征集志愿投档情况</w:t>
        </w:r>
      </w:hyperlink>
    </w:p>
    <w:p>
      <w:r>
        <w:rPr>
          <w:sz w:val="16"/>
        </w:rPr>
        <w:t>https://eea.gd.gov.cn/attachment/0/588/588241/4756547.pdf</w:t>
      </w:r>
    </w:p>
    <w:p>
      <w:pPr>
        <w:pStyle w:val="Heading1"/>
      </w:pPr>
      <w:r>
        <w:t>正文相关链接</w:t>
      </w:r>
    </w:p>
    <w:p>
      <w:hyperlink r:id="rId21">
        <w:r>
          <w:rPr>
            <w:color w:val="18548A"/>
          </w:rPr>
          <w:t>1.广东省2025年专科普通类（历史）征集志愿投档情况</w:t>
        </w:r>
      </w:hyperlink>
    </w:p>
    <w:p>
      <w:r>
        <w:t>https://eea.gd.gov.cn/attachment/0/588/588233/4756553.pdf</w:t>
      </w:r>
    </w:p>
    <w:p>
      <w:hyperlink r:id="rId22">
        <w:r>
          <w:rPr>
            <w:color w:val="18548A"/>
          </w:rPr>
          <w:t>2.广东省2025年专科普通类（物理）征集志愿投档情况</w:t>
        </w:r>
      </w:hyperlink>
    </w:p>
    <w:p>
      <w:r>
        <w:t>https://eea.gd.gov.cn/attachment/0/588/588234/4756553.pdf</w:t>
      </w:r>
    </w:p>
    <w:p>
      <w:hyperlink r:id="rId23">
        <w:r>
          <w:rPr>
            <w:color w:val="18548A"/>
          </w:rPr>
          <w:t>3.广东省2025年专科体育类征集志愿投档情况</w:t>
        </w:r>
      </w:hyperlink>
    </w:p>
    <w:p>
      <w:r>
        <w:t>https://eea.gd.gov.cn/attachment/0/588/588235/4756553.pdf</w:t>
      </w:r>
    </w:p>
    <w:p>
      <w:hyperlink r:id="rId24">
        <w:r>
          <w:rPr>
            <w:color w:val="18548A"/>
          </w:rPr>
          <w:t>4.广东省2025年专科音乐类统考征集志愿投档情况</w:t>
        </w:r>
      </w:hyperlink>
    </w:p>
    <w:p>
      <w:r>
        <w:t>https://eea.gd.gov.cn/attachment/0/588/588236/4756553.pdf</w:t>
      </w:r>
    </w:p>
    <w:p>
      <w:hyperlink r:id="rId25">
        <w:r>
          <w:rPr>
            <w:color w:val="18548A"/>
          </w:rPr>
          <w:t>5.广东省2025年专科舞蹈类统考征集志愿投档情况</w:t>
        </w:r>
      </w:hyperlink>
    </w:p>
    <w:p>
      <w:r>
        <w:t>https://eea.gd.gov.cn/attachment/0/588/588237/4756553.pdf</w:t>
      </w:r>
    </w:p>
    <w:p>
      <w:hyperlink r:id="rId26">
        <w:r>
          <w:rPr>
            <w:color w:val="18548A"/>
          </w:rPr>
          <w:t>6.广东省2025年专科美术与设计类统考征集志愿投档情况</w:t>
        </w:r>
      </w:hyperlink>
    </w:p>
    <w:p>
      <w:r>
        <w:t>https://eea.gd.gov.cn/attachment/0/588/588238/4756553.pdf</w:t>
      </w:r>
    </w:p>
    <w:p>
      <w:hyperlink r:id="rId27">
        <w:r>
          <w:rPr>
            <w:color w:val="18548A"/>
          </w:rPr>
          <w:t>7.广东省2025年专科播音与主持类统考征集志愿投档情况</w:t>
        </w:r>
      </w:hyperlink>
    </w:p>
    <w:p>
      <w:r>
        <w:t>https://eea.gd.gov.cn/attachment/0/588/588239/4756553.pdf</w:t>
      </w:r>
    </w:p>
    <w:p>
      <w:hyperlink r:id="rId28">
        <w:r>
          <w:rPr>
            <w:color w:val="18548A"/>
          </w:rPr>
          <w:t>8.广东省2025年专科表(导)演类统考征集志愿投档情况</w:t>
        </w:r>
      </w:hyperlink>
    </w:p>
    <w:p>
      <w:r>
        <w:t>https://eea.gd.gov.cn/attachment/0/588/588240/4756553.pdf</w:t>
      </w:r>
    </w:p>
    <w:p>
      <w:hyperlink r:id="rId29">
        <w:r>
          <w:rPr>
            <w:color w:val="18548A"/>
          </w:rPr>
          <w:t>9.广东省2025年专科戏曲类省际联考征集志愿投档情况</w:t>
        </w:r>
      </w:hyperlink>
    </w:p>
    <w:p>
      <w:r>
        <w:t>https://eea.gd.gov.cn/attachment/0/588/588241/4756553.pdf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56547.html" TargetMode="External"/><Relationship Id="rId11" Type="http://schemas.openxmlformats.org/officeDocument/2006/relationships/hyperlink" Target="https://eea.gd.gov.cn/zwgk/sjfb/tjsj/content/post_4756553.html" TargetMode="External"/><Relationship Id="rId12" Type="http://schemas.openxmlformats.org/officeDocument/2006/relationships/hyperlink" Target="https://eea.gd.gov.cn/attachment/0/588/588233/4756547.pdf" TargetMode="External"/><Relationship Id="rId13" Type="http://schemas.openxmlformats.org/officeDocument/2006/relationships/hyperlink" Target="https://eea.gd.gov.cn/attachment/0/588/588234/4756547.pdf" TargetMode="External"/><Relationship Id="rId14" Type="http://schemas.openxmlformats.org/officeDocument/2006/relationships/hyperlink" Target="https://eea.gd.gov.cn/attachment/0/588/588235/4756547.pdf" TargetMode="External"/><Relationship Id="rId15" Type="http://schemas.openxmlformats.org/officeDocument/2006/relationships/hyperlink" Target="https://eea.gd.gov.cn/attachment/0/588/588236/4756547.pdf" TargetMode="External"/><Relationship Id="rId16" Type="http://schemas.openxmlformats.org/officeDocument/2006/relationships/hyperlink" Target="https://eea.gd.gov.cn/attachment/0/588/588237/4756547.pdf" TargetMode="External"/><Relationship Id="rId17" Type="http://schemas.openxmlformats.org/officeDocument/2006/relationships/hyperlink" Target="https://eea.gd.gov.cn/attachment/0/588/588238/4756547.pdf" TargetMode="External"/><Relationship Id="rId18" Type="http://schemas.openxmlformats.org/officeDocument/2006/relationships/hyperlink" Target="https://eea.gd.gov.cn/attachment/0/588/588239/4756547.pdf" TargetMode="External"/><Relationship Id="rId19" Type="http://schemas.openxmlformats.org/officeDocument/2006/relationships/hyperlink" Target="https://eea.gd.gov.cn/attachment/0/588/588240/4756547.pdf" TargetMode="External"/><Relationship Id="rId20" Type="http://schemas.openxmlformats.org/officeDocument/2006/relationships/hyperlink" Target="https://eea.gd.gov.cn/attachment/0/588/588241/4756547.pdf" TargetMode="External"/><Relationship Id="rId21" Type="http://schemas.openxmlformats.org/officeDocument/2006/relationships/hyperlink" Target="https://eea.gd.gov.cn/attachment/0/588/588233/4756553.pdf" TargetMode="External"/><Relationship Id="rId22" Type="http://schemas.openxmlformats.org/officeDocument/2006/relationships/hyperlink" Target="https://eea.gd.gov.cn/attachment/0/588/588234/4756553.pdf" TargetMode="External"/><Relationship Id="rId23" Type="http://schemas.openxmlformats.org/officeDocument/2006/relationships/hyperlink" Target="https://eea.gd.gov.cn/attachment/0/588/588235/4756553.pdf" TargetMode="External"/><Relationship Id="rId24" Type="http://schemas.openxmlformats.org/officeDocument/2006/relationships/hyperlink" Target="https://eea.gd.gov.cn/attachment/0/588/588236/4756553.pdf" TargetMode="External"/><Relationship Id="rId25" Type="http://schemas.openxmlformats.org/officeDocument/2006/relationships/hyperlink" Target="https://eea.gd.gov.cn/attachment/0/588/588237/4756553.pdf" TargetMode="External"/><Relationship Id="rId26" Type="http://schemas.openxmlformats.org/officeDocument/2006/relationships/hyperlink" Target="https://eea.gd.gov.cn/attachment/0/588/588238/4756553.pdf" TargetMode="External"/><Relationship Id="rId27" Type="http://schemas.openxmlformats.org/officeDocument/2006/relationships/hyperlink" Target="https://eea.gd.gov.cn/attachment/0/588/588239/4756553.pdf" TargetMode="External"/><Relationship Id="rId28" Type="http://schemas.openxmlformats.org/officeDocument/2006/relationships/hyperlink" Target="https://eea.gd.gov.cn/attachment/0/588/588240/4756553.pdf" TargetMode="External"/><Relationship Id="rId29" Type="http://schemas.openxmlformats.org/officeDocument/2006/relationships/hyperlink" Target="https://eea.gd.gov.cn/attachment/0/588/588241/475655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