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广东省2021年成人高校招生全国统一考试疫情防控紧急通告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2021-10-20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https://eea.gd.gov.cn/crgk/content/post_3582097.html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https://eea.gd.gov.cn/tzgg/content/post_3582096.html</w:t>
        </w:r>
      </w:hyperlink>
    </w:p>
    <w:p/>
    <w:p>
      <w:r>
        <w:t>2021年成人高校招生全国统一考试（以下简称成考）将于10月23日、24日举行。为切实保障广大考生和工作人员的生命安全和身体健康，确保我省2021年成考安全平稳顺利进行，现将疫情防控有关要求紧急通告如下。</w:t>
      </w:r>
    </w:p>
    <w:p>
      <w:r>
        <w:t>1．考生须及时关注考点属地疫情防控要求，做好考前相关准备工作，继续做好每日身体健康状况监测，如实记录个人健康信息。</w:t>
      </w:r>
    </w:p>
    <w:p>
      <w:r>
        <w:t>2．全体考生和考务工作人员须提供考前48小时内（截至第一场考试入场时间）核酸检测阴性证明。</w:t>
      </w:r>
    </w:p>
    <w:p>
      <w:r>
        <w:t>3．考生应至少提前1小时到达考点，进入考点时要听从现场工作人员指挥，保持安全距离，自觉出示粤康码、核酸检测阴性证明，接受体温检测，进行身份验证。</w:t>
      </w:r>
    </w:p>
    <w:p>
      <w:r>
        <w:t>4．考生须自备一次性医用口罩或医用外科口罩，除身份核查外，考试期间全程规范佩戴口罩。</w:t>
      </w:r>
    </w:p>
    <w:p>
      <w:r>
        <w:t>5．考试结束后，考生要按考务工作人员的指令保持安全间距，有序离场。</w:t>
      </w:r>
    </w:p>
    <w:p>
      <w:r>
        <w:t>6.考生考前要做好个人防护，非必要不外出，避免参加聚集活动或去人员密集场所。</w:t>
      </w:r>
    </w:p>
    <w:p>
      <w:r>
        <w:t>广东省教育考试院</w:t>
      </w:r>
    </w:p>
    <w:p>
      <w:r>
        <w:t>2021年10月20日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582097.html" TargetMode="External"/><Relationship Id="rId11" Type="http://schemas.openxmlformats.org/officeDocument/2006/relationships/hyperlink" Target="https://eea.gd.gov.cn/tzgg/content/post_35820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