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https://szeb.sz.gov.cn/szzkw/zkcx/zxks/zkzy/bkcc/content/post_8949126.html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a0e7488799913a0a626709477eb0b119a79aee8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a0e7488799913a0a626709477eb0b119a79aee8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2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