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广东省2020年成人高等学校招生录取批次和时间安排来了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2020-12-02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成考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https://szeb.sz.gov.cn/szzkw/zkgg/ckxx/content/post_8945976.html</w:t>
        </w:r>
      </w:hyperlink>
    </w:p>
    <w:p/>
    <w:p>
      <w:r>
        <w:t>2020年我省成人高校招生录取工作将于12月1日-12月14日进行。具体招生录取批次和时间安排如下：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79903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eded2555e17538c01bed5e470715eac165d4b20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7990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628567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eded2555e17538c01bed5e470715eac165d4b20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2856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来源 : 广东省教育考试院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ckxx/content/post_894597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