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关于《广东省2025年普通高等学校专升本招生专业目录及考试要求》增补的公告（二）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2025-03-18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https://eea.gd.gov.cn/ptgk/content/post_4682753.html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https://eea.gd.gov.cn/tzgg/content/post_4682886.html</w:t>
        </w:r>
      </w:hyperlink>
    </w:p>
    <w:p/>
    <w:p>
      <w:r>
        <w:t>应有关高校要求，现对《广东省2025年普通高等学校专升本招生专业目录及考试要求》部分内容作如下增补（见附件）。</w:t>
      </w:r>
    </w:p>
    <w:p>
      <w:r>
        <w:t>附件：《广东省2025年普通高等学校专升本招生专业目录及要求》增补表</w:t>
      </w:r>
    </w:p>
    <w:p>
      <w:r>
        <w:t>广东省招生委员会办公室</w:t>
      </w:r>
    </w:p>
    <w:p>
      <w:r>
        <w:t>2025年3月17日</w:t>
      </w:r>
    </w:p>
    <w:p>
      <w:r>
        <w:drawing>
          <wp:inline xmlns:a="http://schemas.openxmlformats.org/drawingml/2006/main" xmlns:pic="http://schemas.openxmlformats.org/drawingml/2006/picture">
            <wp:extent cx="6400800" cy="573904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63e0860fc80c1e448856a19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739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799" cy="41974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ed769676b1889ef5bd9521a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4197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11369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9b1f58e46ea3732f24e1e9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11369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682753.html" TargetMode="External"/><Relationship Id="rId11" Type="http://schemas.openxmlformats.org/officeDocument/2006/relationships/hyperlink" Target="https://eea.gd.gov.cn/tzgg/content/post_4682886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