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2022年上半年全国英语等级考试成绩公布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https://eea.gd.gov.cn/shks/content/post_3924902.html</w:t>
        </w:r>
      </w:hyperlink>
    </w:p>
    <w:p/>
    <w:p>
      <w:r>
        <w:t>2022年上半年全国英语等级考试成绩于5月6日公布。考生可登录中国教育考试网（http://www.neea.edu.cn/）查询。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全国英语等级考试成绩复查申请表</w:t>
        </w:r>
      </w:hyperlink>
    </w:p>
    <w:p>
      <w:r>
        <w:rPr>
          <w:sz w:val="16"/>
        </w:rPr>
        <w:t>https://eea.gd.gov.cn/attachment/0/488/488370/3924902.doc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3924902.html" TargetMode="External"/><Relationship Id="rId11" Type="http://schemas.openxmlformats.org/officeDocument/2006/relationships/hyperlink" Target="https://eea.gd.gov.cn/attachment/0/488/488370/392490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