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关于深圳市2022年1月自学考试补考疫情防控的补充通知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https://szeb.sz.gov.cn/szzkw/zkgg/zkxx1/content/post_9944524.html</w:t>
        </w:r>
      </w:hyperlink>
    </w:p>
    <w:p/>
    <w:p>
      <w:r>
        <w:t>各位考生：</w:t>
      </w:r>
    </w:p>
    <w:p>
      <w:r>
        <w:t>深圳市2022年1月自学考试补考将于7月9日至10日（本周六、日）举行。鉴于当前疫情防控形势，按照省、市疫情防控最新安排部署和要求，为确保广大考生身体健康和生命安全，现将本次考试疫情防控要求补充通知如下：</w:t>
      </w:r>
    </w:p>
    <w:p>
      <w:r>
        <w:t>考生考试当天进入考点须凭24小时核酸检测阴性证明（或48小时核酸检测阴性证明+24小时内核酸检测记录，电子或纸质均可）。本次考试疫情防控其他要求按照《深圳市2022年1月自学考试补考疫情防控温馨提示》执行。</w:t>
      </w:r>
    </w:p>
    <w:p>
      <w:r>
        <w:t>不便之处，敬请谅解。</w:t>
      </w:r>
    </w:p>
    <w:p>
      <w:r>
        <w:t>深圳市校园疫情防控工作专班</w:t>
      </w:r>
    </w:p>
    <w:p>
      <w:r>
        <w:t>2022年7月8日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445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