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广东省2023年体育统考术科考试温馨提示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https://eea.gd.gov.cn/tzgg/content/post_4091458.html</w:t>
        </w:r>
      </w:hyperlink>
    </w:p>
    <w:p/>
    <w:p>
      <w:r>
        <w:t>我省2023年体育统考术科考试将于2月13日至22日在广州体育学院考点进行，请广大体育考生注意啦！</w:t>
      </w:r>
    </w:p>
    <w:p>
      <w:r>
        <w:t>一、关注健康，注意安全</w:t>
      </w:r>
    </w:p>
    <w:p>
      <w:r>
        <w:t>（一）时刻关注个人身体健康状况，如有不适，应及时向地市招办或考官提出，确实不能参加考试的可申请缓考。</w:t>
      </w:r>
    </w:p>
    <w:p>
      <w:r>
        <w:t>（二）考前做好充分的热身训练，防止运动损伤，确保正常参加考试。</w:t>
      </w:r>
    </w:p>
    <w:p>
      <w:r>
        <w:t>二、积极备考，诚信应试</w:t>
      </w:r>
    </w:p>
    <w:p>
      <w:r>
        <w:t>广大考生要树立诚信考试的观念，珍惜个人名誉，遵守考试纪律，认真备考，诚信考试，抵制社会上不正之风的侵蚀，更不要以身试法。</w:t>
      </w:r>
    </w:p>
    <w:p>
      <w:r>
        <w:t>对待考试不要有任何侥幸心理，不要轻信所谓的“内部信息”和“内部人员帮助”等，以免上当受骗。</w:t>
      </w:r>
    </w:p>
    <w:p>
      <w:r>
        <w:t>三、按时考试，遵守规定</w:t>
      </w:r>
    </w:p>
    <w:p>
      <w:r>
        <w:t>考生应认真阅读《2023年广东省普通高考体育术科统一考试考生须知》，做好考试准备，按时参加考试。</w:t>
      </w:r>
    </w:p>
    <w:p>
      <w:r>
        <w:t>考生可于2023年2月7日至2月12日登录广东省普高报名系统（网址：https://pg.eeagd.edu.cn/ks）查看考试时间并自行打印准考证。每一批次考生可于考前一天16:00-18:00前往广州体育学院考点查看考场，请听从现场工作人员的指引，有序进场。</w:t>
      </w:r>
    </w:p>
    <w:p>
      <w:r>
        <w:t>考试时，应遵守考务工作人员安排进行身份核验、安全检查，有序参加考试，考场内禁止携带和使用手机等通信工具。考试结束，考生若对成绩有异议，应当场提出复议，事后不再受理。</w:t>
      </w:r>
    </w:p>
    <w:p>
      <w:r>
        <w:t>四、严肃法纪，违规必究</w:t>
      </w:r>
    </w:p>
    <w:p>
      <w:r>
        <w:t>对在考试中违规的考生，我们将按照《国家教育考试违规处理办法》进行严肃处理。同时，《中华人民共和国刑法(修正案九)》明确规定：组织作弊的、为他人实施组织作弊提供作弊器材或者其他帮助的、代替他人或者让他人代替自己参加考试的以及伪造、变造或者盗用他人居民身份证等行为，将依法予以严惩。《最高人民法院 最高人民检察院 关于办理组织考试作弊等刑事案件适用法律若干问题的解释》(法释〔2019〕13号)明确在普通高等学校招生考试中组织考试作弊的，考试工作人员组织考试作弊的视为“情节严重”，根据刑法处三年以上七年以下有期徒刑，并处罚金。</w:t>
      </w:r>
    </w:p>
    <w:p>
      <w:r>
        <w:t>广东省教育考试院</w:t>
      </w:r>
    </w:p>
    <w:p>
      <w:r>
        <w:t>2023年2月7日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914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