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https://szeb.sz.gov.cn/szzkw/zkcx/zxks/zkzy/zkcc/content/post_8949035.html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aa35c5401cc25646ab1819ffb855a46e6713a47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aa35c5401cc25646ab1819ffb855a46e6713a47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3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