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5ae88f4dbfcf53d5aa8c4f09b36af73cf952bb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5ae88f4dbfcf53d5aa8c4f09b36af73cf952bb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