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2026年普通高等学校联合招收华侨港澳台学生深圳报名点公告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2026-02-13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https://szeb.sz.gov.cn/szzkw/qt/tzgg/content/post_12647962.html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https://szeb.sz.gov.cn/szzkw/zkgg/skxx/content/post_12647959.html</w:t>
        </w:r>
      </w:hyperlink>
    </w:p>
    <w:p/>
    <w:p>
      <w:r>
        <w:t>2026年普通高等学校联合招收华侨港澳台学生（以下简称“全国联招”）报名将于3月1日开始。港澳台考生实行网上报名确认，华侨考生实行现场报名确认。</w:t>
      </w:r>
    </w:p>
    <w:p>
      <w:r>
        <w:t>一、网上报名时间：3月1日9:00至3月15日17:00</w:t>
      </w:r>
    </w:p>
    <w:p>
      <w:r>
        <w:t>所有考生均须在规定时间内登录全国联招管理系统考生端（网址：http://www.eeagd.edu.cn/lzks/，以下简称系统），按系统要求进行注册，输入报考信息、上传本人照片、身份证件及学历资料电子照片（所有上传证件均须在有效期内），选择考试地点，在内地（祖国大陆）考区考试的考生须网上缴纳报考费，逾期不再受理。考试地点一旦确认，不得进行修改。</w:t>
      </w:r>
    </w:p>
    <w:p>
      <w:r>
        <w:t>二、报名确认时间：3月11日至31日</w:t>
      </w:r>
    </w:p>
    <w:p>
      <w:r>
        <w:t>（一）3月24日17:00前，报名点对港澳台考生进行网上确认；报名状态如显示“确认通过”，则表示已完成报名确认；如显示“确认不通过”，务必于3月29日10:00前更正并重新提交，否则报名不成功。建议考生尽早查看确认结果，逾期不再受理。华侨考生实行现场确认报名，由广东考区广州报名点（暨南大学）负责。</w:t>
      </w:r>
    </w:p>
    <w:p>
      <w:r>
        <w:t>（二）3月31日17:00前，完成港澳台考生网上报名确认。</w:t>
      </w:r>
    </w:p>
    <w:p>
      <w:r>
        <w:t>三、残疾考生申请合理便利截止时间：3月31日17:00前</w:t>
      </w:r>
    </w:p>
    <w:p>
      <w:r>
        <w:t>请考生准备书面申请、监护人身份证、考生身份证、残疾证明和医院相关诊断证明等材料，具体申请事宜请电话联系深圳报名点咨询。</w:t>
      </w:r>
    </w:p>
    <w:p>
      <w:r>
        <w:t>四、深圳报名点咨询电话：0755-82181999</w:t>
      </w:r>
    </w:p>
    <w:p>
      <w:r>
        <w:t>具体报名信息请查看《2026年中华人民共和国普通高等学校联合招收华侨港澳台学生简章》。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647962.html" TargetMode="External"/><Relationship Id="rId11" Type="http://schemas.openxmlformats.org/officeDocument/2006/relationships/hyperlink" Target="https://szeb.sz.gov.cn/szzkw/zkgg/skxx/content/post_1264795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