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2026年3月（第77次）全国计算机等级考试（NCRE）广东考区报考简章</w:t>
      </w:r>
    </w:p>
    <w:p>
      <w:r>
        <w:rPr>
          <w:sz w:val="18"/>
        </w:rPr>
        <w:t>整理归属  广东省教育考试院</w:t>
      </w:r>
    </w:p>
    <w:p>
      <w:r>
        <w:rPr>
          <w:sz w:val="18"/>
        </w:rPr>
        <w:t>发布日期  2025-12-23</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https://eea.gd.gov.cn/shks/content/post_4833368.html</w:t>
        </w:r>
      </w:hyperlink>
    </w:p>
    <w:p>
      <w:r>
        <w:t xml:space="preserve">同文来源  </w:t>
      </w:r>
      <w:hyperlink r:id="rId11">
        <w:r>
          <w:rPr>
            <w:color w:val="18548A"/>
          </w:rPr>
          <w:t>https://eea.gd.gov.cn/tzgg/content/post_4833598.html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一、考试时间及开考科目</w:t>
      </w:r>
    </w:p>
    <w:p>
      <w:r>
        <w:t>（一）考试时间</w:t>
      </w:r>
    </w:p>
    <w:p>
      <w:r>
        <w:t>2026年3月（第77次）NCRE考试时间为3月28日至30日，每天8：00-19：00分批进行，考生参加考试具体时间以准考证上的时间为准。</w:t>
      </w:r>
    </w:p>
    <w:p>
      <w:r>
        <w:t>（二）开考科目</w:t>
      </w:r>
    </w:p>
    <w:p>
      <w:r>
        <w:t>开考科目、考试大纲及教程目录见附件1。</w:t>
      </w:r>
    </w:p>
    <w:p>
      <w:r>
        <w:t>二、报考事宜</w:t>
      </w:r>
    </w:p>
    <w:p>
      <w:r>
        <w:t>（一）报考条件</w:t>
      </w:r>
    </w:p>
    <w:p>
      <w:r>
        <w:t>报名者不受年龄、职业、学历等背景的限制，均可根据自己学习情况和实际能力选考相应的级别和科目。同次考试同一考生只能在1个省级承办机构的1个考点报名，最多可报3个科目。</w:t>
      </w:r>
    </w:p>
    <w:p>
      <w:r>
        <w:t>考生报名时须填写有效身份证件号码，有效身份证件包括居民身份证（含临时身份证）、港澳居民来往内地通行证、台湾居民来往大陆通行证、港澳台居民居住证、护照。</w:t>
      </w:r>
    </w:p>
    <w:p>
      <w:r>
        <w:t>（二）报名方式及时间</w:t>
      </w:r>
    </w:p>
    <w:p>
      <w:r>
        <w:t>NCRE实行网上报名，报名时间为：2025年12月26日10:00时至2026年1月5日16:00时。</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考生入场将采用人脸识别身份验证，考试当天请考生根据考点指引，有序进行。</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所有符合取证条件的考生都将获得电子证书，考生可登录中国教育考试网（http://www.neea.edu.cn/）查询下载。</w:t>
      </w:r>
    </w:p>
    <w:p>
      <w:r>
        <w:t>考生如对考试成绩有疑问，可在考试成绩公布后5个工作日内，向所在考点提出书面申请，逾期不予受理。成绩复查申请由地市招生考试部门汇总后报省教育考试院，复查结果由考点通知考生。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4.2026年3月广东省全国计算机等级考试考点名单</w:t>
      </w:r>
    </w:p>
    <w:p>
      <w:r>
        <w:t>广东省教育考试院</w:t>
      </w:r>
    </w:p>
    <w:p>
      <w:r>
        <w:t>2025年12月23日</w:t>
      </w:r>
    </w:p>
    <w:p>
      <w:r>
        <w:t>查阅附件</w:t>
      </w:r>
    </w:p>
    <w:p>
      <w:pPr>
        <w:pStyle w:val="Heading1"/>
      </w:pPr>
      <w:r>
        <w:t>附件及下载链接</w:t>
      </w:r>
    </w:p>
    <w:p>
      <w:hyperlink r:id="rId12">
        <w:r>
          <w:rPr>
            <w:color w:val="18548A"/>
          </w:rPr>
          <w:t>查阅附件</w:t>
        </w:r>
      </w:hyperlink>
    </w:p>
    <w:p>
      <w:r>
        <w:rPr>
          <w:sz w:val="16"/>
        </w:rPr>
        <w:t>https://eea.gd.gov.cn/attachment/0/601/601946/4833368.pdf</w:t>
      </w:r>
    </w:p>
    <w:p>
      <w:pPr>
        <w:pStyle w:val="Heading1"/>
      </w:pPr>
      <w:r>
        <w:t>正文相关链接</w:t>
      </w:r>
    </w:p>
    <w:p>
      <w:hyperlink r:id="rId13">
        <w:r>
          <w:rPr>
            <w:color w:val="18548A"/>
          </w:rPr>
          <w:t>查阅附件</w:t>
        </w:r>
      </w:hyperlink>
    </w:p>
    <w:p>
      <w:r>
        <w:t>https://eea.gd.gov.cn/attachment/0/601/601946/4833598.pdf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833368.html" TargetMode="External"/><Relationship Id="rId11" Type="http://schemas.openxmlformats.org/officeDocument/2006/relationships/hyperlink" Target="https://eea.gd.gov.cn/tzgg/content/post_4833598.html" TargetMode="External"/><Relationship Id="rId12" Type="http://schemas.openxmlformats.org/officeDocument/2006/relationships/hyperlink" Target="https://eea.gd.gov.cn/attachment/0/601/601946/4833368.pdf" TargetMode="External"/><Relationship Id="rId13" Type="http://schemas.openxmlformats.org/officeDocument/2006/relationships/hyperlink" Target="https://eea.gd.gov.cn/attachment/0/601/601946/48335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