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2020年10月自学考试温馨提示（二）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2020-10-10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https://szeb.sz.gov.cn/szzkw/zkgg/zkxx1/content/post_8949649.html</w:t>
        </w:r>
      </w:hyperlink>
    </w:p>
    <w:p/>
    <w:p>
      <w:r>
        <w:t>一、考生打印准考证时须在广东省自学考试管理系统中如实填报“粤康码”的信息后方可操作。</w:t>
      </w:r>
    </w:p>
    <w:p>
      <w:r>
        <w:t>二、考生填写的个人健康信息申报表要准备一式多份。如考生本次考试报考了2个科目，则需提前准备好2份个人健康信息申报表，用于参加每场考试进考点时提交给工作人员保存。</w:t>
      </w:r>
    </w:p>
    <w:p>
      <w:r>
        <w:t>三、考生进入考点时须向考点工作人员出示手机上的“粤康码”绿码，不得截图或打印。</w:t>
      </w:r>
    </w:p>
    <w:p>
      <w:r>
        <w:t>四、考生进入考点时，须接受体温测量。出现身体异常情况的，要根据考点医疗卫生专业人员指引，在临时观察区进行是否具备参加考试条件的评估。</w:t>
      </w:r>
    </w:p>
    <w:p>
      <w:r>
        <w:t>五、考生进入考点均要佩戴口罩（一次性使用医用口罩或医用外科口罩）。低风险地区的考生，进入考场就座后，可继续佩戴；非低风险地区、备用隔离考场的考生要全程佩戴口罩。考生进行身份核验时需摘除口罩，不得因为佩戴口罩影响身份核验。</w:t>
      </w:r>
    </w:p>
    <w:p>
      <w:r>
        <w:t>六、考生进入考场前应用速干手消毒剂进行手消毒或者洗手；进入备用隔离考场的，必须用速干手消毒剂进行手消毒，且考试过程应全程佩戴口罩。</w:t>
      </w:r>
    </w:p>
    <w:p>
      <w:r>
        <w:t>七、考试结束后，考生要按监考员的指令有序离场，保持人员间距，减少交谈，避免人群聚集。</w:t>
      </w:r>
    </w:p>
    <w:p>
      <w:r>
        <w:t>八、考生应遵守疫情防控规定和要求。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4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