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关于2023年10月自学考试成绩公布的通知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2023-11-24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https://szeb.sz.gov.cn/szzkw/zkgg/zkxx1/content/post_10999512.html</w:t>
        </w:r>
      </w:hyperlink>
    </w:p>
    <w:p/>
    <w:p>
      <w:r>
        <w:t>各位考生：</w:t>
      </w:r>
    </w:p>
    <w:p>
      <w:r>
        <w:t>根据省教育考试院安排，2023年10月自学考试成绩定于11月24日15时公布，有关事项安排如下：</w:t>
      </w:r>
    </w:p>
    <w:p>
      <w:r>
        <w:t>一、成绩查询</w:t>
      </w:r>
    </w:p>
    <w:p>
      <w:r>
        <w:t>考生可通过以下4种方式查询考试成绩。</w:t>
      </w:r>
    </w:p>
    <w:p>
      <w:r>
        <w:t>（一）官微小程序查询</w:t>
      </w:r>
    </w:p>
    <w:p>
      <w:r>
        <w:t>关注广东省教育考试院微信公众号（ID：gdsksy），在页面底部选择“小程序”栏，点击进入“广东省教育考试院”小程序，即可查询考试成绩。</w:t>
      </w:r>
    </w:p>
    <w:p>
      <w:r>
        <w:t>（二）百度小程序查询</w:t>
      </w:r>
    </w:p>
    <w:p>
      <w:r>
        <w:t>通过百度App搜索“广东省教育考试院”，打开“广东省教育考试院—智能小程序”，点击“考试成绩”查询成绩。</w:t>
      </w:r>
    </w:p>
    <w:p>
      <w:r>
        <w:t>（三）系统查询</w:t>
      </w:r>
    </w:p>
    <w:p>
      <w:r>
        <w:t>登录广东省自学考试管理系统（https://www.eeagd.edu.cn/selfec/）查询考试合格成绩和当次考试违规处理情况。</w:t>
      </w:r>
    </w:p>
    <w:p>
      <w:r>
        <w:t>（四）“广东招考在线”小程序查询</w:t>
      </w:r>
    </w:p>
    <w:p>
      <w:r>
        <w:t>考生可微信搜索进入“广东招考在线”小程序，点击“成绩查询”，选择考生对应的考试类别，按提示查询考试成绩。</w:t>
      </w:r>
    </w:p>
    <w:p>
      <w:r>
        <w:t>（五）网站查询</w:t>
      </w:r>
    </w:p>
    <w:p>
      <w:r>
        <w:t>在深圳参加考试的考生，也可登录深圳招考网（https://szeb.sz.gov.cn/szzkw/）查询考试成绩。</w:t>
      </w:r>
    </w:p>
    <w:p>
      <w:r>
        <w:t>二、成绩复核申请</w:t>
      </w:r>
    </w:p>
    <w:p>
      <w:r>
        <w:t>本次公布的考试成绩复核安排如下：</w:t>
      </w:r>
    </w:p>
    <w:p>
      <w:r>
        <w:t>（一）申请复查程序。在深圳参加考试的考生，如对本人某科成绩有异议，须持本人自考准考证、身份证到市招考办登记，向省考办提出成绩复查申请。申请登记时间：11月24日—12月7日（星期六、日除外），逾期将不予受理，地点：深圳市招生考试办公室一楼服务大厅（地址：罗湖区泥岗西路1068号）。成绩复查仅限于复查答题有无漏评、漏记分、错记分、加错分，评分标准、评分细则以及对答题评分宽严有异议等问题不在复查范围之内。</w:t>
      </w:r>
    </w:p>
    <w:p>
      <w:r>
        <w:t>（二）复查结果告知。省自学考试委员会办公室按照相关规定组织专人进行试卷复查后，考生可通过自学考试管理系统查询复核结果，在深圳参加考试的考生也可登录深圳招考网（https://szeb.sz.gov.cn/szzkw/）查询。对复查后发现分数有误的，省考办将书面通知考生（按报考时考生确认的通信地址寄送）复查结果。</w:t>
      </w:r>
    </w:p>
    <w:p>
      <w:r>
        <w:t>深圳市招生考试办公室</w:t>
      </w:r>
    </w:p>
    <w:p>
      <w:r>
        <w:t>2023年11月24日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1099951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