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广东省2023年普通高考报名常见问答（七）</w:t>
      </w:r>
    </w:p>
    <w:p>
      <w:r>
        <w:rPr>
          <w:sz w:val="18"/>
        </w:rPr>
        <w:t>整理归属  广东省教育考试院</w:t>
      </w:r>
    </w:p>
    <w:p>
      <w:r>
        <w:rPr>
          <w:sz w:val="18"/>
        </w:rPr>
        <w:t>发布日期  2022-11-09</w:t>
      </w:r>
    </w:p>
    <w:p>
      <w:r>
        <w:rPr>
          <w:sz w:val="18"/>
        </w:rPr>
        <w:t>来源  广东省教育考试院</w:t>
      </w:r>
    </w:p>
    <w:p>
      <w:r>
        <w:rPr>
          <w:sz w:val="18"/>
        </w:rPr>
        <w:t>栏目  考试报考</w:t>
      </w:r>
    </w:p>
    <w:p>
      <w:r>
        <w:rPr>
          <w:sz w:val="18"/>
        </w:rPr>
        <w:t>存档日期  2026-10-27</w:t>
      </w:r>
    </w:p>
    <w:p>
      <w:r>
        <w:t xml:space="preserve">原文链接  </w:t>
      </w:r>
      <w:hyperlink r:id="rId10">
        <w:r>
          <w:rPr>
            <w:color w:val="18548A"/>
          </w:rPr>
          <w:t>https://eea.gd.gov.cn/dawenku/ksbk/content/post_4043312.html</w:t>
        </w:r>
      </w:hyperlink>
    </w:p>
    <w:p>
      <w:r>
        <w:t xml:space="preserve">同文来源  </w:t>
      </w:r>
      <w:hyperlink r:id="rId11">
        <w:r>
          <w:rPr>
            <w:color w:val="18548A"/>
          </w:rPr>
          <w:t>https://eea.gd.gov.cn/zcjd/content/post_4043311.html</w:t>
        </w:r>
      </w:hyperlink>
    </w:p>
    <w:p/>
    <w:p>
      <w:r>
        <w:t>1. 往届毕业生在家自学，没有去复读能否报名高考？</w:t>
      </w:r>
    </w:p>
    <w:p>
      <w:r>
        <w:t>答：可以。符合我省普通高考报名条件的往届毕业生，在家自学、复读均可报名我省普通高考。</w:t>
      </w:r>
    </w:p>
    <w:p>
      <w:r>
        <w:t>2. 已经本科或专科毕业了，还可以报名高考吗？</w:t>
      </w:r>
    </w:p>
    <w:p>
      <w:r>
        <w:t>答：可以。应注意的是，具有普通高等学历教育资格的高校在校生，或已被普通高校录取并保留入学资格的考生不得报考。</w:t>
      </w:r>
    </w:p>
    <w:p>
      <w:r>
        <w:t>3. 往届毕业生报考高考和应届生是一样的吗？填报志愿会受到限制吗？</w:t>
      </w:r>
    </w:p>
    <w:p>
      <w:r>
        <w:t>答：一般情况下，高校在招生时会同等对待往届生和应届生。对一些特殊的，如军检院校等，如有相关特殊要求或限制，则会在本校的招生章程中说明，考生在填报志愿时应认真研读拟报院校招生章程。</w:t>
      </w:r>
    </w:p>
    <w:p>
      <w:r>
        <w:t>4. 往届毕业生还需参加高中学业水平合格考吗？</w:t>
      </w:r>
    </w:p>
    <w:p>
      <w:r>
        <w:t>答：持有普通高中毕业证或同等学力证明的往届毕业生参加春季高考依学考录取，需要按规定报考当年度1月的学业水平合格性考试；符合我省普通高考报名条件的往届毕业生报名参加夏季高考，不需要再参加普通高中学业水平合格性考试，只需根据自身的选科，参加全国统考科目及普通高中学业水平选择性考试。</w:t>
      </w:r>
    </w:p>
    <w:p>
      <w:r>
        <w:t>如报名综合评价招生类型的考生，可结合自身实际选择是否参加合格考。</w:t>
      </w:r>
    </w:p>
    <w:p>
      <w:r>
        <w:t>5. 考生在读非全日制大专（本科）能否报名高考？</w:t>
      </w:r>
    </w:p>
    <w:p>
      <w:r>
        <w:t>答：可以。按照我省现行的高考报名政策，具有普通高等学历教育资格的高校在校生，或者已被普通高校录取并保留入学资格的学生，不得报名参加我省普通高考。成人高考、函授大专不在此列。</w:t>
      </w:r>
    </w:p>
    <w:p>
      <w:r>
        <w:t>6. 往届生还能用之前的高考（学考）考生号吗？</w:t>
      </w:r>
    </w:p>
    <w:p>
      <w:r>
        <w:t>答：往届毕业生报名参加普通高考不能使用旧的考生号，需要重新进行注册、报名。</w:t>
      </w:r>
    </w:p>
    <w:p>
      <w:r>
        <w:t>学考考生号是考生参加高中学业水平合格性考试唯一的身份识别号码，遵循“一人一号，多次使用，动态管理”的原则。参加过我省高中学业水平合格性考试的考生，原则上学考考生号可以一直使用。</w:t>
      </w:r>
    </w:p>
    <w:p>
      <w:r>
        <w:t>如果考生重新进行学考注册时，使用原来注册时使用的证件号，则考生号不变；如果考生重新进行学考注册时，使用新的证件号进行注册，则系统会派发新的学考号。后期需要申请办理学考号、成绩归并。</w:t>
      </w:r>
    </w:p>
    <w:p>
      <w:r>
        <w:t>7. 往届生报名高考，但是高中毕业证遗失了怎么办？</w:t>
      </w:r>
    </w:p>
    <w:p>
      <w:r>
        <w:t>答：请联系原高中阶段学校补办高中毕业证或开具相关证明。</w:t>
      </w:r>
    </w:p>
    <w:p>
      <w:r>
        <w:t>8. 考生能否同时报名“3＋证书”考试与夏季高考？</w:t>
      </w:r>
    </w:p>
    <w:p>
      <w:r>
        <w:t>答：不能兼报。</w:t>
      </w:r>
    </w:p>
    <w:p>
      <w:r>
        <w:t>9. 报名“3＋证书”考试未获得证书怎么办？</w:t>
      </w:r>
    </w:p>
    <w:p>
      <w:r>
        <w:t>答：“3＋证书”报名时需获得相应职业技能证书，未取得证书，但已报名参加2023年1月由省教育考试院组织的专业技能课程证书考试的考生，可先报名，并在春季高考填报志愿前取得证书，方可参加“3+证书”考试的填报志愿和投档录取。</w:t>
      </w:r>
    </w:p>
    <w:p>
      <w:r>
        <w:t>10. 普通高中生能否报名“3＋证书”考试？</w:t>
      </w:r>
    </w:p>
    <w:p>
      <w:r>
        <w:t>答：不能。“3+证书”考试的报考对象为中等职业学校（含职业高中、中专、成人中专、技工学校、技师学院）的应往届毕业生（包括退役士兵、西藏新疆内职班应届毕业生）。</w:t>
      </w:r>
    </w:p>
    <w:p>
      <w:r>
        <w:t>11. 已参加2022年9月份全国计算机等级或英语等级证书考试，但尚未公布成绩，未取得证书，能否报考广东2023年“3+证书”考试？</w:t>
      </w:r>
    </w:p>
    <w:p>
      <w:r>
        <w:t>答：符合我省2023年普通高考报名条件，未取得证书，但已报名参加2022年9月全国计算机等级或英语等级考试的考生，可先报名，并在春季高考填报志愿前取得证书，方可参加“3+证书”考试的填报志愿和投档录取。</w:t>
      </w:r>
    </w:p>
    <w:p>
      <w:r>
        <w:t>12. 中高职贯通三二分段的学生能否报考“3＋证书”或夏季高考？</w:t>
      </w:r>
    </w:p>
    <w:p>
      <w:r>
        <w:t>答：中高职贯通三二分段转段录取的考生，不能参加高职院校其他类型考试和录取，被本科院校录取者，考生需提出放弃三二分段录取的书面申请，方能办理录取手续。</w:t>
      </w:r>
    </w:p>
    <w:p>
      <w:r>
        <w:t>13. 中高职贯通三二分段的学生未能通过三二分段转段考，能否参加高职自主招生或夏季高考？</w:t>
      </w:r>
    </w:p>
    <w:p>
      <w:r>
        <w:t>答：可以。考生如果中高职贯通三二分段转段未被高职院校录取，并符合我省高职自主招生或夏季高考报考条件，可以参加我省高职自主招生或夏季的报名和录取。</w:t>
      </w:r>
    </w:p>
    <w:p>
      <w:r>
        <w:t>14. 中高职贯通三二分段考生可以放弃后面两年大专，报名参加3+证书考试或者夏季高考吗？</w:t>
      </w:r>
    </w:p>
    <w:p>
      <w:r>
        <w:t>答：考生如果三二分段转段未被高职院校录取，若符合我省3+证书考试或夏季高考报考条件，可以参加相应考试的报名和录取。</w:t>
      </w:r>
    </w:p>
    <w:p>
      <w:r>
        <w:t>相关文件：关于做好广东省2023年普通高校招生统一考试报名工作的通知</w:t>
      </w:r>
    </w:p>
    <w:p>
      <w:pPr>
        <w:pStyle w:val="Heading1"/>
      </w:pPr>
      <w:r>
        <w:t>正文相关链接</w:t>
      </w:r>
    </w:p>
    <w:p>
      <w:hyperlink r:id="rId12">
        <w:r>
          <w:rPr>
            <w:color w:val="18548A"/>
          </w:rPr>
          <w:t>关于做好广东省2023年普通高校招生统一考试报名工作的通知</w:t>
        </w:r>
      </w:hyperlink>
    </w:p>
    <w:p>
      <w:r>
        <w:t>https://eea.gd.gov.cn/bmbk_sksywj/content/post_4021663.html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ksbk/content/post_4043312.html" TargetMode="External"/><Relationship Id="rId11" Type="http://schemas.openxmlformats.org/officeDocument/2006/relationships/hyperlink" Target="https://eea.gd.gov.cn/zcjd/content/post_4043311.html" TargetMode="External"/><Relationship Id="rId12" Type="http://schemas.openxmlformats.org/officeDocument/2006/relationships/hyperlink" Target="https://eea.gd.gov.cn/bmbk_sksywj/content/post_40216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