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69f7f1620523b6bf6349f4a563568b6d16b25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69f7f1620523b6bf6349f4a563568b6d16b25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