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2022年全国硕士研究生招生考试深圳市招考办报考点网上确认温馨提示（二）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2021-11-04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https://szeb.sz.gov.cn/szzkw/zkgg/ykxx/content/post_9341739.html</w:t>
        </w:r>
      </w:hyperlink>
    </w:p>
    <w:p/>
    <w:p>
      <w:r>
        <w:t>2022年全国硕士研究生招生考试报名包括网上报名（10月25日前已完成）和网上确认（10月31日至11月5日）两个阶段。目前，仍有部分考生只进行了网上报名，尚未进行网上确认。深圳市招考办再次温馨提醒：</w:t>
      </w:r>
    </w:p>
    <w:p>
      <w:r>
        <w:t>深圳市招考办报考点（4411）本次采用“研招网”网上确认系统。请尚未进行网上确认的考生于11月5日16：00前，登录“研招网”上传网上确认材料。逾期未网上确认的考生，本次研考报名不成功。</w:t>
      </w:r>
    </w:p>
    <w:p>
      <w:r>
        <w:t>深圳市招生考试办公室</w:t>
      </w:r>
    </w:p>
    <w:p>
      <w:r>
        <w:t>2021年11月4日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934173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