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中共中央国务院举行春节团拜会 习近平发表讲话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https://eea.gd.gov.cn/news/content/post_4662645.html</w:t>
        </w:r>
      </w:hyperlink>
    </w:p>
    <w:p/>
    <w:p>
      <w:r>
        <w:t>中共中央、国务院27日上午在人民大会堂举行2025年春节团拜会。中共中央总书记、国家主席、中央军委主席习近平发表讲话，代表党中央和国务院，向全国各族人民，向香港特别行政区同胞、澳门特别行政区同胞、台湾同胞和海外侨胞拜年。</w:t>
      </w:r>
    </w:p>
    <w:p>
      <w:r>
        <w:t>习近平强调，即将过去的甲辰龙年，是我们振奋龙马精神、历经风雨彩虹的一年。一年来，面对复杂严峻形势，我们沉着应变、综合施策，攻坚克难、砥砺奋进，中国式现代化迈出新的坚实步伐。</w:t>
      </w:r>
    </w:p>
    <w:p>
      <w:r>
        <w:t>李强主持团拜会，赵乐际、王沪宁、蔡奇、丁薛祥、李希、韩正等出席。</w:t>
      </w:r>
    </w:p>
    <w:p>
      <w:r>
        <w:t>人民大会堂宴会厅灯光璀璨、暖意融融，各界人士2000多人欢聚一堂、共迎佳节，现场洋溢着欢乐祥和的节日气氛。</w:t>
      </w:r>
    </w:p>
    <w:p>
      <w:r>
        <w:t>上午10时许，在欢快的乐曲声中，习近平等党和国家领导人步入大厅，向大家亲切致意，同大家互致问候、祝福新春，全场响起热烈掌声。</w:t>
      </w:r>
    </w:p>
    <w:p>
      <w:r>
        <w:t>习近平在讲话中指出，过去一年，我们扎实推动高质量发展，有效落实各项存量政策，加力推出一揽子增量政策，促进经济回暖向好。科技创新和产业创新成果丰硕，新质生产力稳步发展。区域协调发展、城乡融合发展展现新面貌。放眼全球，我国仍然是世界经济增长的重要引擎。我们注重各项事业协调并进，社会主义民主法治建设、文化建设、社会建设、生态文明建设、国防和军队建设都取得新进步。隆重庆祝新中国成立75周年。召开党的二十届三中全会，推动进一步全面深化改革。着力保障和改善民生，就业、物价保持稳定，脱贫攻坚成果进一步巩固拓展。统筹发展和安全，有序有效化解重点领域风险，社会大局保持稳定。有力应对重大自然灾害，高效开展西藏定日高寒缺氧地区抗震救灾。继续做好港澳台工作，隆重庆祝澳门回归祖国25周年。我国体育健儿在巴黎奥运会上取得境外参赛最好成绩，让海内外中华儿女深感自豪。我们深入推进中国特色大国外交，积极推动全球治理体系变革，深化“全球南方”团结合作，推进高质量共建“一带一路”走深走实，为维护世界和平稳定、促进人类发展进步注入更多正能量。我们一以贯之推进全面从严治党，扎实开展党纪学习教育，继续加大反腐败力度，党的领导坚强有力，党风政风持续好转，为各项事业发展提供了根本保证。</w:t>
      </w:r>
    </w:p>
    <w:p>
      <w:r>
        <w:t>习近平强调，一年来的发展历程很不平凡，成绩令人鼓舞。我们用拼搏奋斗再次证明，任何艰难险阻都挡不住中国人民追求美好生活的前进步伐，都挡不住我们推进强国建设、民族复兴的历史进程。只要我们坚定信念信心不动摇，直面矛盾问题不回避，应对风险挑战不退缩，就一定能够打开改革发展新天地！</w:t>
      </w:r>
    </w:p>
    <w:p>
      <w:r>
        <w:t>习近平指出，2025年是“十四五”规划收官之年。我们要坚持以新时代中国特色社会主义思想为指导，全面贯彻党的二十大和二十届二中、三中全会精神，坚持稳中求进工作总基调，坚持把发展立足点放在高质量发展上，完整准确全面贯彻新发展理念，加快构建新发展格局，进一步全面深化改革，扩大高水平对外开放，防范化解重点领域风险和外部冲击，推动经济持续回升向好，保持社会和谐稳定，纵深推进全面从严治党。我们将制定“十五五”规划建议，向着宏伟目标接续奋进。</w:t>
      </w:r>
    </w:p>
    <w:p>
      <w:r>
        <w:t>习近平强调，我们要始终坚持以人民为中心，及时有效回应群众需求和关切，用心用情办好民生实事，不断提高人民生活水平，让现代化建设成果更多更公平惠及全体人民。</w:t>
      </w:r>
    </w:p>
    <w:p>
      <w:r>
        <w:t>习近平指出，在中华文化里，蛇是灵性、智慧和生命力的象征，寓意着丰收、吉祥和福瑞。乙巳蛇年，希望全国各族人民以蛇行千里的劲头，坚定信心、满怀希望，开拓进取、顽强奋斗，共同书写中国式现代化新篇章。</w:t>
      </w:r>
    </w:p>
    <w:p>
      <w:r>
        <w:t>团拜会上，文艺工作者表演了精彩的节目。</w:t>
      </w:r>
    </w:p>
    <w:p>
      <w:r>
        <w:t>中共中央、全国人大常委会、国务院、最高人民法院、最高人民检察院、全国政协、中央军委领导同志和老同志出席团拜会。</w:t>
      </w:r>
    </w:p>
    <w:p>
      <w:r>
        <w:t>参加团拜会的还有中央党政军群各部门及北京市负责同志，各民主党派中央、全国工商联负责人和无党派人士代表，离退休老同志代表，著名专家学者及首都各界人士代表。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626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