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https://szeb.sz.gov.cn/szzkw/zkcx/zxks/zkzy/zkcc/content/post_8948992.html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ff1ef386e85e60fab726564b5fe595026ad8610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ff1ef386e85e60fab726564b5fe595026ad8610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8992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