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我市2019年中考首日平安顺利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https://szeb.sz.gov.cn/szzkw/zkgg/zkxx/content/post_8946131.html</w:t>
        </w:r>
      </w:hyperlink>
    </w:p>
    <w:p/>
    <w:p>
      <w:r>
        <w:t>6月22日，深圳市2019年中考顺利开考。近8万名考生分赴全市10个考区、142个考点参加考试，上午进行了语文科考试，下午为英语科考试。首日考试平安顺利，各项考务工作有条不紊。市、区各级领导也分赴中考一线，检查巡视中考工作。市教育局组织成立了9个工作组，由局领导带队分赴各区、各考点检查巡视。各考点纷纷出“实招”，在严格组织好考务工作的同时，也为考生提供多种贴心服务。</w:t>
      </w:r>
    </w:p>
    <w:p>
      <w:r>
        <w:t>各部门以“高考标准”做好考试保障</w:t>
      </w:r>
    </w:p>
    <w:p>
      <w:r>
        <w:t>中考关系到千家万户，是家长和学生们关心的重要大事，确保考试公平、安全、顺利进行，责任重大。为此，市委宣传部，市国家保密局，市工业和信息化局、公安局、生态环境局、住房建设局、交通运输局、水务局、卫生健康委、市场监管局、城管和综合执法局、气象局、深圳供电局、轨道办、建筑工务署、中国电信深圳分公司、深圳报业集团、深圳广电集团及媒体单位协调联动、通力合作，按市政府今年“三考”工作部署，以高考工作标准，继续做好中考保障和服务工作。</w:t>
      </w:r>
    </w:p>
    <w:p>
      <w:r>
        <w:t>全市考点安装了统一播放指令系统，在考前组织对播放系统进行校准和专项维护，确保全市所有考点考试实施的时间同步和内容统一。市招考办组织各考点在考试前反复检查考场内挂钟，校准时间、更换电池，并由专人定期检视，防止挂钟出现故障或走时不准对考生造成误导。</w:t>
      </w:r>
    </w:p>
    <w:p>
      <w:r>
        <w:t>为确保2019年深圳市中考期间电网安全稳定运行、中考相关供电场所等可靠供电，深圳供电局还专门开展考点风险评估、优化考场片区电网运行方式、全面落实保供电设备特巡特维并落实网络安全和反恐工作，实现电力保障“零事故、零差错、零投诉”。坪山供电局专门对光祖中学、中山中学开展了保供电设备特巡；宝安供电局松岗分局派出一辆应急发电车、2个保电队伍在2个考点外严阵以待，严密监控设备、线路运行情况，随时应对各类突发状况。</w:t>
      </w:r>
    </w:p>
    <w:p>
      <w:r>
        <w:t>市生态环境局加强建筑施工噪声监督管理，集中整治夜间施工噪声扰民行为。各管理局严格按照中考声环境保障工作方案要求，中考期开展打击噪声污染执法行动，加大噪声污染执法力度，集中查处一批噪声扰民的违法施工工地，并通过媒体曝光，震慑违法者，不定期开展夜间专项执法，严厉打击违法超时施工行为，对屡教不改的单位依法采取按日连续处罚、查封扣押等强制措施，切实为考生提供良好的考场声环境。</w:t>
      </w:r>
    </w:p>
    <w:p>
      <w:r>
        <w:t>公安部门全力为中考顺利保驾护航，派出干警维护考点治安，加强试卷安全保密。交警开通了交警服务热线83333333、设立交警服务站、提供紧急接送考生服务和随时受理考生及其家长的紧急求助。利用智能指挥系统、视频交警系统、信息发布系统等，全面整合全市主干道信息，特别是对各考场周边道路实况信息进行发布，每5分钟更新一次路况信息，为考生出行提供第一手参考资料。同时，深圳交警协调鹏程电动出租车公司志愿服务车参与保障服务活动，考试期间为辖区内各考点免费提供服务。</w:t>
      </w:r>
    </w:p>
    <w:p>
      <w:r>
        <w:t>各区、各考点为考生提供贴心服务</w:t>
      </w:r>
    </w:p>
    <w:p>
      <w:r>
        <w:t>今年中考期间天气炎热，为了给考生创造一个优良的考试环境，在做好组考工作的同时，市、区教育和招考部门、各考点以人为本，优化服务考生措施。</w:t>
      </w:r>
    </w:p>
    <w:p>
      <w:r>
        <w:t>考前,市招考办专门下发通知，要求各区、各考点提前制定相关应急预案，做好防暑降温和防雨防雷工作，提醒学生注意赴考安全。同时，各考点均设置了更衣室，准备了雨伞、毛巾、备用校服、凉茶、糖水，搭建遮阳避雨长廊，安排候考休息室，努力营造安全舒适的考试环境。许多考点取得疾控中心配合，安排各考点校园进行消杀工作，杀灭蚊虫细菌。</w:t>
      </w:r>
    </w:p>
    <w:p>
      <w:r>
        <w:t>南山区教育局精心组织区内19个考点开展主题为“扣好人生第一粒扣子”考前学生诚信教育、规则教育、安全教育和心理调适工作，要求各考点考前重点组织学生考前调适和心理辅导。6月18日至20日，19个考点所有毕业班班主任、心理教师为全区所有9721名中考考生进行考前状态调适。</w:t>
      </w:r>
    </w:p>
    <w:p>
      <w:r>
        <w:t>6月23日，将进行数学、理化（合卷）、历史学科的考试，下午开考时间为14：00，较首日提前1小时，考生需特别注意。据气象部门预报，深圳市明后两天将会有雷阵雨，请考生出行带好雨具，注意防暑降温，合理规划路线，提前赴考，注意途中交通安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