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关于延长五年一贯制全省统考网上报名时间的通知</w:t>
      </w:r>
    </w:p>
    <w:p>
      <w:r>
        <w:rPr>
          <w:sz w:val="18"/>
        </w:rPr>
        <w:t>整理归属  深圳市招生考试办公室</w:t>
      </w:r>
    </w:p>
    <w:p>
      <w:r>
        <w:rPr>
          <w:sz w:val="18"/>
        </w:rPr>
        <w:t>发布日期  2020-05-26</w:t>
      </w:r>
    </w:p>
    <w:p>
      <w:r>
        <w:rPr>
          <w:sz w:val="18"/>
        </w:rPr>
        <w:t>来源  深圳市招生考试办公室官网</w:t>
      </w:r>
    </w:p>
    <w:p>
      <w:r>
        <w:rPr>
          <w:sz w:val="18"/>
        </w:rPr>
        <w:t>栏目  中考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https://szeb.sz.gov.cn/szzkw/zkgg/zkxx/content/post_8946103.html</w:t>
        </w:r>
      </w:hyperlink>
    </w:p>
    <w:p/>
    <w:p>
      <w:r>
        <w:t>为更好满足广大考生求学需要，经研究，决定2020年广东省高职院校五年一贯制全省统考网上报名延长至2020年5月27日24:00。请有志报考的考生按要求报名（具体报名、招生有关通知可查阅：广东省教育考试院官方网站http://eea.gd.gov.cn/  “考试招生--中考中招”栏目发布的消息）。</w:t>
      </w:r>
    </w:p>
    <w:p>
      <w:r>
        <w:t>广东省教育考试院</w:t>
      </w:r>
    </w:p>
    <w:p>
      <w:r>
        <w:t>2020年5月25日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szeb.sz.gov.cn/szzkw/zkgg/zkxx/content/post_8946103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