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深圳市体育中考有序进行中，全市过半考生已完成考试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2021-04-18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https://szeb.sz.gov.cn/szzkw/qt/sylb/content/post_8959990.html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https://szeb.sz.gov.cn/szzkw/zkgg/zkxx/content/post_8946049.html</w:t>
        </w:r>
      </w:hyperlink>
    </w:p>
    <w:p/>
    <w:p>
      <w:r>
        <w:t>深圳市2021年体育中考正在火热进行中，考试期间天气状况总体良好，未出现高温、暴雨等天气，为考生提供了舒适的外部环境。目前，光明区和坪山区已完成全部考试任务，全市已有过半考生顺利完成考试。</w:t>
      </w:r>
    </w:p>
    <w:p>
      <w:r>
        <w:drawing>
          <wp:inline xmlns:a="http://schemas.openxmlformats.org/drawingml/2006/main" xmlns:pic="http://schemas.openxmlformats.org/drawingml/2006/picture">
            <wp:extent cx="6400800" cy="480060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41acffa133837b8d4e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松岗中学考点</w:t>
      </w:r>
    </w:p>
    <w:p>
      <w:r>
        <w:drawing>
          <wp:inline xmlns:a="http://schemas.openxmlformats.org/drawingml/2006/main" xmlns:pic="http://schemas.openxmlformats.org/drawingml/2006/picture">
            <wp:extent cx="6400800" cy="480060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2f30d59f1ec79978d7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新华中学考点</w:t>
      </w:r>
    </w:p>
    <w:p>
      <w:r>
        <w:drawing>
          <wp:inline xmlns:a="http://schemas.openxmlformats.org/drawingml/2006/main" xmlns:pic="http://schemas.openxmlformats.org/drawingml/2006/picture">
            <wp:extent cx="6400800" cy="392049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b3e17c5e743b29a13e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204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32841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d0068ba1e86733a606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3284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深圳高级中学（集团）中心校区考点</w:t>
      </w:r>
    </w:p>
    <w:p>
      <w:r>
        <w:drawing>
          <wp:inline xmlns:a="http://schemas.openxmlformats.org/drawingml/2006/main" xmlns:pic="http://schemas.openxmlformats.org/drawingml/2006/picture">
            <wp:extent cx="6400800" cy="323240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911708202717051f1c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324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翠园中学初中部考点</w:t>
      </w:r>
    </w:p>
    <w:p>
      <w:r>
        <w:drawing>
          <wp:inline xmlns:a="http://schemas.openxmlformats.org/drawingml/2006/main" xmlns:pic="http://schemas.openxmlformats.org/drawingml/2006/picture">
            <wp:extent cx="6400800" cy="479259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b54421c1abe07b22c7d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92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南头中学考点</w:t>
      </w:r>
    </w:p>
    <w:p>
      <w:r>
        <w:t>规范考场管理，全力保障考试安全</w:t>
      </w:r>
    </w:p>
    <w:p>
      <w:r>
        <w:t>今年各考区严格按照市教育局要求进行考场管理，严格控制考场周边及考场内部人员密度，采取错时、错峰、分批次方式进行考试。体育考试全程均有录像监控，测试时采取电子智能测试，考试成绩由电子采集记录，并现场打印成绩，由考生签名确认。</w:t>
      </w:r>
    </w:p>
    <w:p>
      <w:r>
        <w:drawing>
          <wp:inline xmlns:a="http://schemas.openxmlformats.org/drawingml/2006/main" xmlns:pic="http://schemas.openxmlformats.org/drawingml/2006/picture">
            <wp:extent cx="6400800" cy="377647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a4585eca481085f5b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764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公明中学考点</w:t>
      </w:r>
    </w:p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f18825f1ec12516660500456a5aded82a47bfe2-00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f18825f1ec12516660500456a5aded82a47bfe2-00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800" cy="48006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f18825f1ec12516660500456a5aded82a47bfe2-002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龙城高级中学考点</w:t>
      </w:r>
    </w:p>
    <w:p>
      <w:r>
        <w:t>每个考点均设有医护岗、测温站，并配备救护车、自动体外除颤器（AED）等必要医疗救护设备和药品，全力保障考试安全顺利进行。考点还特别设置心理咨询室，安排专业力量在岗，为有需要的考生提供暖心服务等。</w:t>
      </w:r>
    </w:p>
    <w:p>
      <w:r>
        <w:drawing>
          <wp:inline xmlns:a="http://schemas.openxmlformats.org/drawingml/2006/main" xmlns:pic="http://schemas.openxmlformats.org/drawingml/2006/picture">
            <wp:extent cx="6400800" cy="479259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29c4241e8a0d87ab36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92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翠园中学初中部考点</w:t>
      </w:r>
    </w:p>
    <w:p>
      <w:r>
        <w:t>多部门联合护航</w:t>
      </w:r>
    </w:p>
    <w:p>
      <w:r>
        <w:t>为确保考试顺利进行，市、区教育部门积极与公安、交通、卫生、气象等部门联系配合，全程参与考试过程，加强对考点周边环境的管理和巡逻，切实做好后勤保障工作，确保考试环境安全、交通安全、饮食安全、运动安全。</w:t>
      </w:r>
    </w:p>
    <w:p>
      <w:r>
        <w:t>市区联动加强巡视，严明考风考纪</w:t>
      </w:r>
    </w:p>
    <w:p>
      <w:r>
        <w:t>教育部门高度重视考试公平公正，市教育局专门组织9个检查巡视组，由局领导带队有关处室负责人参加，到各考点开展检查巡视工作。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9e0e21d04dcf886ea81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市教育局副局长赵立巡考（左6）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028cd3bbff17c32bd3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市招考办主任肖伟峰巡考</w:t>
      </w:r>
    </w:p>
    <w:p>
      <w:r>
        <w:t>市招考办选拔精干力量组成流动技术监督指导小组，结合视频监控系统，实时对各考点的现场管理情况和技术评判标准进行监督和指导。</w:t>
      </w:r>
    </w:p>
    <w:p>
      <w:r>
        <w:drawing>
          <wp:inline xmlns:a="http://schemas.openxmlformats.org/drawingml/2006/main" xmlns:pic="http://schemas.openxmlformats.org/drawingml/2006/picture">
            <wp:extent cx="6400800" cy="4032504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74a29ab28e17f7d22f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325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新华中学考点</w:t>
      </w:r>
    </w:p>
    <w:p>
      <w:r>
        <w:t>各区（新区）教育行政部门也会同区内各相关单位组织巡查小组到各考点巡视。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f2083c0f8fbe4a2ea5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光明区副区长张宗平巡视考点工作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a7fa07adfb40c65db68f4fd88c5293693360ab8-000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72059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a7fa07adfb40c65db68f4fd88c5293693360ab8-001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205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南山区政协副主席、教育局局长刘根平巡视考点工作</w:t>
      </w:r>
    </w:p>
    <w:p>
      <w:r>
        <w:drawing>
          <wp:inline xmlns:a="http://schemas.openxmlformats.org/drawingml/2006/main" xmlns:pic="http://schemas.openxmlformats.org/drawingml/2006/picture">
            <wp:extent cx="6400800" cy="3792474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c66c2f070321bfe960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924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坪山区政协副主席、教育局局长彭尧巡视考点工作</w:t>
      </w:r>
    </w:p>
    <w:p>
      <w:r>
        <w:t>根据考试安排，绝大部分考生将在下周内完成考试，选考游泳项目的考生于4月30日在深大附中参加考试，缓补考考生将在5月13日参加考试。</w:t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8959990.html" TargetMode="External"/><Relationship Id="rId11" Type="http://schemas.openxmlformats.org/officeDocument/2006/relationships/hyperlink" Target="https://szeb.sz.gov.cn/szzkw/zkgg/zkxx/content/post_8946049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image" Target="media/image17.png"/><Relationship Id="rId29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