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关于下达广东省2018年各类成人高校招生录取最低分数线的通知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2018-11-23</w:t>
      </w:r>
    </w:p>
    <w:p>
      <w:r>
        <w:rPr>
          <w:sz w:val="18"/>
        </w:rPr>
        <w:t>来源  粤招〔2018〕13号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https://eea.gd.gov.cn/tzgg/content/post_2220493.html</w:t>
        </w:r>
      </w:hyperlink>
    </w:p>
    <w:p/>
    <w:p>
      <w:r>
        <w:t>各地级以上市招生委员会，各普通高等学校、成人高等学校：</w:t>
      </w:r>
    </w:p>
    <w:p>
      <w:r>
        <w:t>经研究决定，2018年广东省各类成人高等学校招生各批次录取最低分数线（文化课总分）如下：</w:t>
      </w:r>
    </w:p>
    <w:p>
      <w:r>
        <w:t>一、第一批录取院校</w:t>
      </w:r>
    </w:p>
    <w:p>
      <w:r>
        <w:t>（一）专科升本科</w:t>
      </w:r>
    </w:p>
    <w:p>
      <w:r>
        <w:t>文史、中医类，医学类，教育类,法学类： 110分</w:t>
      </w:r>
    </w:p>
    <w:p>
      <w:r>
        <w:t>理工、经管类，农学类，体育类，艺术类： 100分</w:t>
      </w:r>
    </w:p>
    <w:p>
      <w:r>
        <w:t>（二）高中起点本科</w:t>
      </w:r>
    </w:p>
    <w:p>
      <w:r>
        <w:t>文史类，外语类： 190分</w:t>
      </w:r>
    </w:p>
    <w:p>
      <w:r>
        <w:t>理工类： 180分</w:t>
      </w:r>
    </w:p>
    <w:p>
      <w:r>
        <w:t>体育类，艺术类： 160分</w:t>
      </w:r>
    </w:p>
    <w:p>
      <w:r>
        <w:t>二、第二批录取院校（高中起点专科脱产班）</w:t>
      </w:r>
    </w:p>
    <w:p>
      <w:r>
        <w:t>文史类，外语类： 110分</w:t>
      </w:r>
    </w:p>
    <w:p>
      <w:r>
        <w:t>理工类，体育类，艺术类： 110分</w:t>
      </w:r>
    </w:p>
    <w:p>
      <w:r>
        <w:t>三、第三批录取院校（高中起点专科函授、业余班）</w:t>
      </w:r>
    </w:p>
    <w:p>
      <w:r>
        <w:t>文史类，外语类： 100分</w:t>
      </w:r>
    </w:p>
    <w:p>
      <w:r>
        <w:t>理工类，体育类，艺术类： 100分</w:t>
      </w:r>
    </w:p>
    <w:p>
      <w:r>
        <w:t>广东省招生委员会</w:t>
      </w:r>
    </w:p>
    <w:p>
      <w:r>
        <w:t>2018年11月23日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22204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