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关于广东省高等教育自学考试四门思想政治理论课课程考试大纲的通告</w:t>
      </w:r>
    </w:p>
    <w:p>
      <w:r>
        <w:rPr>
          <w:sz w:val="18"/>
        </w:rPr>
        <w:t>整理归属  广东省教育考试院</w:t>
      </w:r>
    </w:p>
    <w:p>
      <w:r>
        <w:rPr>
          <w:sz w:val="18"/>
        </w:rPr>
        <w:t>发布日期  2025-02-26</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https://eea.gd.gov.cn/zxks/content/post_4673091.html</w:t>
        </w:r>
      </w:hyperlink>
    </w:p>
    <w:p>
      <w:r>
        <w:t xml:space="preserve">同文来源  </w:t>
      </w:r>
      <w:hyperlink r:id="rId11">
        <w:r>
          <w:rPr>
            <w:color w:val="18548A"/>
          </w:rPr>
          <w:t>https://eea.gd.gov.cn/tzgg/content/post_4673194.html</w:t>
        </w:r>
      </w:hyperlink>
    </w:p>
    <w:p/>
    <w:p>
      <w:r>
        <w:t>根据教育部教育考试院相关要求，我省高等教育自学考试2025年开考的“毛泽东思想和中国特色社会主义理论体系概论”(课程代码15041)、“思想道德与法治”(课程代码15042)、“中国近现代史纲要”(课程代码15043)、“马克思主义基本原理”(课程代码15044)4门课程考试大纲可登录中国教育考试网（https://zikao.neea.edu.cn/xhtml1/report/2502/42-1.htm）下载使用。</w:t>
      </w:r>
    </w:p>
    <w:p>
      <w:r>
        <w:t>广东省自学考试委员会办公室</w:t>
      </w:r>
    </w:p>
    <w:p>
      <w:r>
        <w:t>2025年2月25日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673091.html" TargetMode="External"/><Relationship Id="rId11" Type="http://schemas.openxmlformats.org/officeDocument/2006/relationships/hyperlink" Target="https://eea.gd.gov.cn/tzgg/content/post_467319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