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2021年广东省自学考试开考课程使用教材表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自考教材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https://szeb.sz.gov.cn/szzkw/zkcx/zxks/zkjc/content/post_8950002.html</w:t>
        </w:r>
      </w:hyperlink>
    </w:p>
    <w:p/>
    <w:p>
      <w:r>
        <w:t>详见附件4</w:t>
      </w:r>
    </w:p>
    <w:p>
      <w:r>
        <w:t>附件4.doc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附件4.doc</w:t>
        </w:r>
      </w:hyperlink>
    </w:p>
    <w:p>
      <w:r>
        <w:rPr>
          <w:sz w:val="16"/>
        </w:rPr>
        <w:t>https://szeb.sz.gov.cn/attachment/0/803/803233/8950002.doc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jc/content/post_8950002.html" TargetMode="External"/><Relationship Id="rId11" Type="http://schemas.openxmlformats.org/officeDocument/2006/relationships/hyperlink" Target="https://szeb.sz.gov.cn/attachment/0/803/803233/895000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