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关于《广东省2018年成人高等学校报考须知及招生专业目录》更正的通知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2018-09-05</w:t>
      </w:r>
    </w:p>
    <w:p>
      <w:r>
        <w:rPr>
          <w:sz w:val="18"/>
        </w:rPr>
        <w:t>来源  粤招办成〔2018〕3号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https://eea.gd.gov.cn/crgk/content/post_2219767.html</w:t>
        </w:r>
      </w:hyperlink>
    </w:p>
    <w:p/>
    <w:p>
      <w:r>
        <w:t>各地级以上市招生办公室（考试中心）、有关高校：</w:t>
      </w:r>
    </w:p>
    <w:p>
      <w:r>
        <w:t>应有关高校要求，现对《广东省2018年成人高等学校报考须知及招生专业目录》部分内容作如下更正（见附件），请及时转发各报名点并告知考生。</w:t>
      </w:r>
    </w:p>
    <w:p>
      <w:r>
        <w:t>附件：《广东省2018年成人高等学校报考须知及招生专业目录》更正表</w:t>
      </w:r>
    </w:p>
    <w:p>
      <w:r>
        <w:t>广东省招生委员会办公室</w:t>
      </w:r>
    </w:p>
    <w:p>
      <w:r>
        <w:t>2018年9月5日</w:t>
      </w:r>
    </w:p>
    <w:p>
      <w:r>
        <w:t>附件</w:t>
      </w:r>
    </w:p>
    <w:p>
      <w:r>
        <w:t>《广东省2018年成人高等学校报考须知及招生专业目录》更正表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rPr>
          <w:tblHeader/>
        </w:trP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页码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原刊登内容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更正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10583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广州体育学院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第一批专科起点本科P139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4003 运动训练[函授]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删除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4004 运动训练[函授]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第三批成人高校专科函授、业余班P391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4005 运动训练[函授]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13714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广州工商学院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第一批专科起点本科P112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1004 电子信息工程[脱产]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4004 电子信息工程[函授]变更学习形式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221976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