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6a773bb97dcfb59b202e85cdd0509b53f6e8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6a773bb97dcfb59b202e85cdd0509b53f6e8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