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广东省教育考试院2019年度部门决算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2020-08-31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信息公开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https://eea.gd.gov.cn/zwgk_xxgk/content/post_3075278.html</w:t>
        </w:r>
      </w:hyperlink>
    </w:p>
    <w:p/>
    <w:p>
      <w:r>
        <w:t>广东省教育考试院2019年度部门决算，请见附件：</w:t>
      </w:r>
    </w:p>
    <w:p>
      <w:r>
        <w:t>附件：广东省教育考试院2019年度部门决算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附件：广东省教育考试院2019年度部门决算</w:t>
        </w:r>
      </w:hyperlink>
    </w:p>
    <w:p>
      <w:r>
        <w:rPr>
          <w:sz w:val="16"/>
        </w:rPr>
        <w:t>https://eea.gd.gov.cn/attachment/0/400/400313/3075278.pdf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xxgk/content/post_3075278.html" TargetMode="External"/><Relationship Id="rId11" Type="http://schemas.openxmlformats.org/officeDocument/2006/relationships/hyperlink" Target="https://eea.gd.gov.cn/attachment/0/400/400313/307527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