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关于我市2023年4月自学考试成绩公布的通知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https://szeb.sz.gov.cn/szzkw/zkgg/zkxx1/content/post_10614502.html</w:t>
        </w:r>
      </w:hyperlink>
    </w:p>
    <w:p/>
    <w:p>
      <w:r>
        <w:t>各位考生：</w:t>
      </w:r>
    </w:p>
    <w:p>
      <w:r>
        <w:t>根据省教育考试院安排，我市2023年4月自学考试成绩定于5月26日15时公布，有关事项安排如下：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（五）网站查询</w:t>
      </w:r>
    </w:p>
    <w:p>
      <w:r>
        <w:t>在我市参加考试的考生，也可登录深圳招考网（https://szeb.sz.gov.cn/szzkw/）查询考试成绩。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在我市参加考试的考生，如对本人当次考试成绩有疑问的，可持本人自考准考证、身份证到我办登记，向省考办提出成绩复查申请。本次成绩复查申请登记时间：5月26日-6月8日（周六、日除外），逾期不再受理。登记地点：深圳市招生考试办公室一楼服务大厅（地址：罗湖区泥岗西路1068号）。成绩复查是由广东省教育考试院组织工作人员查核试卷及答题卡，成绩复查仅限于复查答题有无漏评、漏记分、错记分、加错分。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；深圳考生届时也可登录深圳招考网（https://szeb.sz.gov.cn/szzkw/）查询复查结果。</w:t>
      </w:r>
    </w:p>
    <w:p>
      <w:r>
        <w:t>深圳市招生考试办公室</w:t>
      </w:r>
    </w:p>
    <w:p>
      <w:r>
        <w:t>2023年5月26日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6145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