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关于华南理工大学等11所高校不再担任高等教育自学考试相关专业主考学校的通知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2022-07-25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https://eea.gd.gov.cn/tzgg/content/post_3980680.html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https://eea.gd.gov.cn/zxks/content/post_3980681.html</w:t>
        </w:r>
      </w:hyperlink>
    </w:p>
    <w:p/>
    <w:p>
      <w:r>
        <w:t>各有关主考学校、地级以上市自学考试工作委员会：</w:t>
      </w:r>
    </w:p>
    <w:p>
      <w:r>
        <w:t>为优化我省高等教育自学考试主考学校结构，促进自学考试事业健康发展，根据《高等教育自学考试暂行条例》《广东省自学考试实施细则》及《广东省学士学位授权与授予管理实施细则》相关精神，结合我省主考学校实际情况，决定华南理工大学等11所高校不再担任我省高等教育自学考试部分专业的主考学校，现将有关事项通知如下：</w:t>
      </w:r>
    </w:p>
    <w:p>
      <w:r>
        <w:t>一、专业和学校</w:t>
      </w:r>
    </w:p>
    <w:p>
      <w:r>
        <w:t>本次共有华南理工大学等11所高校将不再担任我省高等教育自学考试相关专业的主考学校，详见附件。</w:t>
      </w:r>
    </w:p>
    <w:p>
      <w:r>
        <w:t>二、过渡期的设置及要求</w:t>
      </w:r>
    </w:p>
    <w:p>
      <w:r>
        <w:t>（一）对上述高校承担附件中相应专业自学考试收尾工作设置过渡期，稳妥做好收尾工作。</w:t>
      </w:r>
    </w:p>
    <w:p>
      <w:r>
        <w:t>1.从2022年8月起，相应专业不再接受新生选择对应的主考学校进行自学考试报名（报名时考生无法选择该类学校作为承办主考学校，专业建设主考学校仅用于区分专业考试计划）。</w:t>
      </w:r>
    </w:p>
    <w:p>
      <w:r>
        <w:t>2.相关高校2025年12月31日前须继续履行主考学校职责，组织好实践性环节考核、毕业办理等相关工作。2026年1月1日后，如需继续办理上述对应专业自学考试相关业务，向省考办专报办理。</w:t>
      </w:r>
    </w:p>
    <w:p>
      <w:r>
        <w:t>（二）严格按照学位管理部门规定，做好相应专业学位授予相关政策的宣传、解释等工作。</w:t>
      </w:r>
    </w:p>
    <w:p>
      <w:r>
        <w:t>（三）积极为考生服务，做好收尾工作过渡期内相关工作安排公布、咨询服务等，确保我省自学考试工作平稳、顺利进行。</w:t>
      </w:r>
    </w:p>
    <w:p>
      <w:r>
        <w:t>附件：不再担任广东省自学考试相关专业主考学校汇总表</w:t>
      </w:r>
    </w:p>
    <w:p>
      <w:r>
        <w:t>广东省自学考试委员会</w:t>
      </w:r>
    </w:p>
    <w:p>
      <w:r>
        <w:t>2022年7月21日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799" cy="380740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55a6e4e96be792174999abb0ab6ee4607141410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380740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799" cy="52472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55a6e4e96be792174999abb0ab6ee4607141410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5247284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tzgg/content/post_3980680.html" TargetMode="External"/><Relationship Id="rId11" Type="http://schemas.openxmlformats.org/officeDocument/2006/relationships/hyperlink" Target="https://eea.gd.gov.cn/zxks/content/post_3980681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