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关于公布《广东省2017年成人高等学校招生 专业目录》的公告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2017-09-01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https://eea.gd.gov.cn/crgk/content/post_2217431.html</w:t>
        </w:r>
      </w:hyperlink>
    </w:p>
    <w:p/>
    <w:p>
      <w:r>
        <w:t>根据《关于做好2017年广东省成人高校考试招生工作的通知》（粤招〔2017〕18号）精神，我省成人高考网上报名工作于9月1日-5日进行，并将在9月6日-10日进行现场报名信息确认。为方便广大考生报考，现将《广东省2017年成人高等学校招生专业目录》予以公布。</w:t>
      </w:r>
    </w:p>
    <w:p>
      <w:r>
        <w:t>广东省招生办公室</w:t>
      </w:r>
    </w:p>
    <w:p>
      <w:r>
        <w:t>2017年9月1日</w:t>
      </w:r>
    </w:p>
    <w:p>
      <w:r>
        <w:t>招生专业目录（招生院校及专业部分）.rar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招生专业目录（招生院校及专业部分）.rar</w:t>
        </w:r>
      </w:hyperlink>
    </w:p>
    <w:p>
      <w:r>
        <w:rPr>
          <w:sz w:val="16"/>
        </w:rPr>
        <w:t>https://eea.gd.gov.cn/attachment/0/329/329748/2217431.rar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2217431.html" TargetMode="External"/><Relationship Id="rId11" Type="http://schemas.openxmlformats.org/officeDocument/2006/relationships/hyperlink" Target="https://eea.gd.gov.cn/attachment/0/329/329748/2217431.r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