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【自考】转发教育部考试中心关于更换高等教育自学考试《商务交流（二）》课程考试大纲和教材的通知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2019-04-18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https://szeb.sz.gov.cn/attachment/0/803/803224/8949763.pdf</w:t>
        </w:r>
      </w:hyperlink>
    </w:p>
    <w:p/>
    <w:p>
      <w:r>
        <w:t>原文为PDF。以下保留完整原页图，随后附可编辑提取文字。复杂表格及版式请参考随附原始PDF。</w:t>
      </w:r>
    </w:p>
    <w:p>
      <w:pPr>
        <w:keepNext/>
      </w:pPr>
      <w:r>
        <w:t>原始PDF第 1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98378932-0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2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98378932-0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可编辑提取文字</w:t>
      </w:r>
    </w:p>
    <w:p>
      <w:pPr>
        <w:pStyle w:val="Heading1"/>
      </w:pPr>
      <w:r>
        <w:t>附件及下载链接</w:t>
      </w:r>
    </w:p>
    <w:p>
      <w:hyperlink r:id="rId10">
        <w:r>
          <w:rPr>
            <w:color w:val="18548A"/>
          </w:rPr>
          <w:t>【自考】转发教育部考试中心关于更换高等教育自学考试《商务交流（二）》课程考试大纲和教材的通知</w:t>
        </w:r>
      </w:hyperlink>
    </w:p>
    <w:p>
      <w:r>
        <w:rPr>
          <w:sz w:val="16"/>
        </w:rPr>
        <w:t>https://szeb.sz.gov.cn/attachment/0/803/803224/8949763.pdf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attachment/0/803/803224/8949763.pdf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