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广东省2025年春季高考招生录取工作日程表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2025-03-17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https://eea.gd.gov.cn/ptgk/content/post_4682161.html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https://eea.gd.gov.cn/news/content/post_4682361.html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类型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投档录取时间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“3+证书”本科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3月27日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“3+证书”专科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3月28—30日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依学考录取（普通类和艺体类）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征集志愿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3月31—4月3日</w:t>
            </w:r>
          </w:p>
        </w:tc>
      </w:tr>
    </w:tbl>
    <w:p/>
    <w:p>
      <w:r>
        <w:t>注：录取工作日程可能根据录取实际调整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682161.html" TargetMode="External"/><Relationship Id="rId11" Type="http://schemas.openxmlformats.org/officeDocument/2006/relationships/hyperlink" Target="https://eea.gd.gov.cn/news/content/post_468236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