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关于调整2022年上半年中小学教师资格考试（笔试）报名日期的通知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2022-01-13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https://szeb.sz.gov.cn/szzkw/zkgg/skxx/content/post_9519600.html</w:t>
        </w:r>
      </w:hyperlink>
    </w:p>
    <w:p/>
    <w:p>
      <w:r>
        <w:t>各位考生：</w:t>
      </w:r>
    </w:p>
    <w:p>
      <w:r>
        <w:t>教育部考试中心1月12日发布《关于调整2022年上半年中小学教师资格考试（笔试）报名日期的通知》，将2022年上半年中小学教师资格考试（笔试）报名开始时间由原计划的2022年1月14日调整至1月24日。我省原定的报名开始时间按上述安排作相应调整。其他事宜请关注我院后续通告。</w:t>
      </w:r>
    </w:p>
    <w:p>
      <w:r>
        <w:t>来源：广东省教育考试院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951960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