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https://szeb.sz.gov.cn/szzkw/zkcx/zxks/zkzy/bkcc/content/post_8949073.html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841b93b10ad43458d5fcb30c9a5638b3c84b132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841b93b10ad43458d5fcb30c9a5638b3c84b132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073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