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转发教育部关于颁布2008年成人高校全国统一考试统考科目复习考试大纲的通知</w:t>
      </w:r>
    </w:p>
    <w:p>
      <w:r>
        <w:rPr>
          <w:sz w:val="18"/>
        </w:rPr>
        <w:t>整理归属  广东省教育考试院</w:t>
      </w:r>
    </w:p>
    <w:p>
      <w:r>
        <w:rPr>
          <w:sz w:val="18"/>
        </w:rPr>
        <w:t>发布日期  2008-03-28</w:t>
      </w:r>
    </w:p>
    <w:p>
      <w:r>
        <w:rPr>
          <w:sz w:val="18"/>
        </w:rPr>
        <w:t>来源  粤考院〔2008〕98号</w:t>
      </w:r>
    </w:p>
    <w:p>
      <w:r>
        <w:rPr>
          <w:sz w:val="18"/>
        </w:rPr>
        <w:t>栏目  通知公告</w:t>
      </w:r>
    </w:p>
    <w:p>
      <w:r>
        <w:rPr>
          <w:sz w:val="18"/>
        </w:rPr>
        <w:t>存档日期  2026-10-27</w:t>
      </w:r>
    </w:p>
    <w:p>
      <w:r>
        <w:t xml:space="preserve">原文链接  </w:t>
      </w:r>
      <w:hyperlink r:id="rId10">
        <w:r>
          <w:rPr>
            <w:color w:val="18548A"/>
          </w:rPr>
          <w:t>https://eea.gd.gov.cn/tzgg/content/post_2219730.html</w:t>
        </w:r>
      </w:hyperlink>
    </w:p>
    <w:p/>
    <w:p>
      <w:r>
        <w:t>各市招生办公室、考试中心，各成人高校：</w:t>
      </w:r>
    </w:p>
    <w:p>
      <w:r>
        <w:t>为做好今年我省成人高校全国招生统一考试工作，现将教育部《关于颁布2008年成人高校全国统一考试统考科目复习考试大纲的通知》（教学司〔2008〕2号）转发给你们，请你们将文件精神及时传达到各县（区）招办、各成人高考报名点,并向社会公布，以便让广大考生做好成人高考备考工作。</w:t>
      </w:r>
    </w:p>
    <w:p>
      <w:r>
        <w:t>附件：《关于颁布2008年成人高校全国统一考试统考科目复习考试大纲的通知》（教学司〔2008〕2号）</w:t>
      </w:r>
    </w:p>
    <w:p>
      <w:r>
        <w:t>广东省教育考试院</w:t>
      </w:r>
    </w:p>
    <w:p>
      <w:r>
        <w:t>二〇〇八年三月二十七日</w:t>
      </w:r>
    </w:p>
    <w:p>
      <w:r>
        <w:t>附件：</w:t>
      </w:r>
    </w:p>
    <w:p>
      <w:r>
        <w:t>关于颁布2008年成人高校全国统一考试</w:t>
      </w:r>
    </w:p>
    <w:p>
      <w:r>
        <w:t>统考科目复习考试大纲的通知</w:t>
      </w:r>
    </w:p>
    <w:p>
      <w:r>
        <w:t>教学司〔2008〕2号</w:t>
      </w:r>
    </w:p>
    <w:p>
      <w:r>
        <w:t>各省、自治区、直辖市教育厅（教委）、成人高校招生办公室，新疆生产建设兵团教育局、有关部门（单位）教育司（局），部属各高等学校成（继）教院：</w:t>
      </w:r>
    </w:p>
    <w:p>
      <w:r>
        <w:t>经研究，2008年成人高等学校招生全国统一考试继续使用教育部高校学生司和考试中心于2007年1月颁布的《全国成人高等学校招生复习考试大纲（高中起点升本、专科）》（人民教育出版社和高等教育出版社，2007年版）和《全国成人高等学校招生复习考试大纲（专科起点升本科）》（高等教育出版社，2007年版）。此外，在专科起点升本科政治科目复习考试内容中，新增“中国共产党第十七次全国代表大会报告”的相关内容。</w:t>
      </w:r>
    </w:p>
    <w:p>
      <w:r>
        <w:t>请各省（区、市）成人高校招生办公室将本通知转发至本地区所有成人高校，同时做好对考生的宣传工作。</w:t>
      </w:r>
    </w:p>
    <w:p>
      <w:r>
        <w:t>教育部高校学生司</w:t>
      </w:r>
    </w:p>
    <w:p>
      <w:r>
        <w:t>二〇〇八年二月十三日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973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