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关于公布2026年1月广东省高等教育自学考试开考课程考试时间安排和使用教材的通知</w:t>
      </w:r>
    </w:p>
    <w:p>
      <w:r>
        <w:rPr>
          <w:sz w:val="18"/>
        </w:rPr>
        <w:t>整理归属  深圳市招生考试办公室</w:t>
      </w:r>
    </w:p>
    <w:p>
      <w:r>
        <w:rPr>
          <w:sz w:val="18"/>
        </w:rPr>
        <w:t>发布日期  2025-09-11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https://szeb.sz.gov.cn/szzkw/qt/tzgg/content/post_12374528.html</w:t>
        </w:r>
      </w:hyperlink>
    </w:p>
    <w:p>
      <w:r>
        <w:t xml:space="preserve">同文来源  </w:t>
      </w:r>
      <w:hyperlink r:id="rId11">
        <w:r>
          <w:rPr>
            <w:color w:val="18548A"/>
          </w:rPr>
          <w:t>https://szeb.sz.gov.cn/szzkw/zkgg/zkxx1/content/post_12374523.html</w:t>
        </w:r>
      </w:hyperlink>
    </w:p>
    <w:p/>
    <w:p>
      <w:r>
        <w:t>各地级以上市自学考试办公室，各主考学校：</w:t>
      </w:r>
    </w:p>
    <w:p>
      <w:r>
        <w:t>现将2026年1月我省高等教育自学考试开考课程考试时间安排和使用教材公布如下，请提前做好相关工作。</w:t>
      </w:r>
    </w:p>
    <w:p>
      <w:r>
        <w:t>一、考试时间及课程安排</w:t>
      </w:r>
    </w:p>
    <w:p>
      <w:r>
        <w:t>（一）考试时间：2026年1月10—11日。</w:t>
      </w:r>
    </w:p>
    <w:p>
      <w:r>
        <w:t>（二）各专业开考课程具体时间安排详见附件1。</w:t>
      </w:r>
    </w:p>
    <w:p>
      <w:r>
        <w:t>二、教材及有关情况</w:t>
      </w:r>
    </w:p>
    <w:p>
      <w:r>
        <w:t>（一）各门开考课程使用教材详见附件2。</w:t>
      </w:r>
    </w:p>
    <w:p>
      <w:r>
        <w:t>（二）2026年起，部分课程启用新教材及考试大纲，请留意附件2中相关课程的教材名称、作者、出版社及版次等信息，相关课程考试大纲可在广东省自学考试管理系统专业计划栏查询，部分课程可查阅课程所用教材。</w:t>
      </w:r>
    </w:p>
    <w:p>
      <w:r>
        <w:t>（三）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根据《关于广东省高等教育自学考试专业调整有关事项的通知》（粤考委〔2023〕5号）和《关于广东省高等教育自学考试专业考试计划调整的通知》（粤考委〔2024〕5号）相关规定，2026年起我省自学考试进行专业调整的各专业使用新专业代码、新专业名称，开考新计划课程，同时所有专业毕业时执行调整后的思政课要求，请留意相关变化及规定。</w:t>
      </w:r>
    </w:p>
    <w:p>
      <w:r>
        <w:t>（二）根据教育部相关规定，2026年起我省高等教育自学考试护理专业（专科）的专业代码调整为520201。</w:t>
      </w:r>
    </w:p>
    <w:p>
      <w:r>
        <w:t>按照《关于停考我省高等教育自学考试体育教育（本科）、护理（专科）专业的通知》（粤考委〔2023〕1号）规定，2026年护理（专业代码520201）、体育教育（专业代码040201）专业仍处于停考过渡期，请留意相关工作安排及相关时间节点。</w:t>
      </w:r>
    </w:p>
    <w:p>
      <w:r>
        <w:t>（三）2026年4月、10月高等教育自学考试开考课程另文公布。</w:t>
      </w:r>
    </w:p>
    <w:p>
      <w:r>
        <w:t>附件1.2026年1月广东省高等教育自学考试开考课程考试时间安排表（一）（二）（三）</w:t>
      </w:r>
    </w:p>
    <w:p>
      <w:r>
        <w:t>2.2026年1月广东省高等教育自学考试开考课程使用教材表</w:t>
      </w:r>
    </w:p>
    <w:p>
      <w:r>
        <w:t>广东省自学考试委员会办公室</w:t>
      </w:r>
    </w:p>
    <w:p>
      <w:r>
        <w:t>2025年9月8日</w:t>
      </w:r>
    </w:p>
    <w:p>
      <w:r>
        <w:t>附件1-2.pdf</w:t>
      </w:r>
    </w:p>
    <w:p>
      <w:pPr>
        <w:pStyle w:val="Heading1"/>
      </w:pPr>
      <w:r>
        <w:t>附件及下载链接</w:t>
      </w:r>
    </w:p>
    <w:p>
      <w:hyperlink r:id="rId12">
        <w:r>
          <w:rPr>
            <w:color w:val="18548A"/>
          </w:rPr>
          <w:t>附件1-2.pdf</w:t>
        </w:r>
      </w:hyperlink>
    </w:p>
    <w:p>
      <w:r>
        <w:rPr>
          <w:sz w:val="16"/>
        </w:rPr>
        <w:t>https://szeb.sz.gov.cn/attachment/1/1624/1624488/12374528.pdf</w:t>
      </w:r>
    </w:p>
    <w:p>
      <w:pPr>
        <w:pStyle w:val="Heading1"/>
      </w:pPr>
      <w:r>
        <w:t>正文相关链接</w:t>
      </w:r>
    </w:p>
    <w:p>
      <w:hyperlink r:id="rId13">
        <w:r>
          <w:rPr>
            <w:color w:val="18548A"/>
          </w:rPr>
          <w:t>附件1-2.pdf</w:t>
        </w:r>
      </w:hyperlink>
    </w:p>
    <w:p>
      <w:r>
        <w:t>https://szeb.sz.gov.cn/attachment/1/1624/1624488/12374523.pdf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74528.html" TargetMode="External"/><Relationship Id="rId11" Type="http://schemas.openxmlformats.org/officeDocument/2006/relationships/hyperlink" Target="https://szeb.sz.gov.cn/szzkw/zkgg/zkxx1/content/post_12374523.html" TargetMode="External"/><Relationship Id="rId12" Type="http://schemas.openxmlformats.org/officeDocument/2006/relationships/hyperlink" Target="https://szeb.sz.gov.cn/attachment/1/1624/1624488/12374528.pdf" TargetMode="External"/><Relationship Id="rId13" Type="http://schemas.openxmlformats.org/officeDocument/2006/relationships/hyperlink" Target="https://szeb.sz.gov.cn/attachment/1/1624/1624488/123745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