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关于公布2025年4、10月广东省高等教育自学考试开考课程考试时间安排和使用教材的通知</w:t>
      </w:r>
    </w:p>
    <w:p>
      <w:r>
        <w:rPr>
          <w:sz w:val="18"/>
        </w:rPr>
        <w:t>整理归属  深圳市招生考试办公室</w:t>
      </w:r>
    </w:p>
    <w:p>
      <w:r>
        <w:rPr>
          <w:sz w:val="18"/>
        </w:rPr>
        <w:t>发布日期  2024-12-31</w:t>
      </w:r>
    </w:p>
    <w:p>
      <w:r>
        <w:rPr>
          <w:sz w:val="18"/>
        </w:rPr>
        <w:t>来源  深圳市招生考试办公室官网</w:t>
      </w:r>
    </w:p>
    <w:p>
      <w:r>
        <w:rPr>
          <w:sz w:val="18"/>
        </w:rPr>
        <w:t>栏目  开考课程（考试安排）</w:t>
      </w:r>
    </w:p>
    <w:p>
      <w:r>
        <w:rPr>
          <w:sz w:val="18"/>
        </w:rPr>
        <w:t>存档日期  2026-10-27</w:t>
      </w:r>
    </w:p>
    <w:p>
      <w:r>
        <w:t xml:space="preserve">原文链接  </w:t>
      </w:r>
      <w:hyperlink r:id="rId10">
        <w:r>
          <w:rPr>
            <w:color w:val="18548A"/>
          </w:rPr>
          <w:t>https://szeb.sz.gov.cn/szzkw/zkcx/zxks/kkkcksap/content/post_12000628.html</w:t>
        </w:r>
      </w:hyperlink>
    </w:p>
    <w:p>
      <w:r>
        <w:t xml:space="preserve">同文来源  </w:t>
      </w:r>
      <w:hyperlink r:id="rId11">
        <w:r>
          <w:rPr>
            <w:color w:val="18548A"/>
          </w:rPr>
          <w:t>https://szeb.sz.gov.cn/szzkw/qt/tzgg/content/post_11932727.html</w:t>
        </w:r>
      </w:hyperlink>
    </w:p>
    <w:p>
      <w:r>
        <w:t xml:space="preserve">同文来源  </w:t>
      </w:r>
      <w:hyperlink r:id="rId12">
        <w:r>
          <w:rPr>
            <w:color w:val="18548A"/>
          </w:rPr>
          <w:t>https://szeb.sz.gov.cn/szzkw/zkgg/zkxx1/content/post_11932713.html</w:t>
        </w:r>
      </w:hyperlink>
    </w:p>
    <w:p/>
    <w:p>
      <w:r>
        <w:t>各地级以上市自学考试办公室，各主考学校：</w:t>
      </w:r>
    </w:p>
    <w:p>
      <w:r>
        <w:t>根据教育部教育考试院2025年高等教育自学考试全国统考课程考试安排，结合我省实际，现将2025年4、10月我省高等教育自学考试开考课程考试时间安排和使用教材公布如下，请做好相关工作。</w:t>
      </w:r>
    </w:p>
    <w:p>
      <w:r>
        <w:t>一、考试时间及课程安排</w:t>
      </w:r>
    </w:p>
    <w:p>
      <w:r>
        <w:t>（一）考试时间：4月12日、13日；10月25、26日。</w:t>
      </w:r>
    </w:p>
    <w:p>
      <w:r>
        <w:t>（二）各专业4月、10月开考课程考试时间安排详见附件1、2。</w:t>
      </w:r>
    </w:p>
    <w:p>
      <w:r>
        <w:t>二、教材及有关情况</w:t>
      </w:r>
    </w:p>
    <w:p>
      <w:r>
        <w:t>（一）各门开考课程使用教材详见附件3。</w:t>
      </w:r>
    </w:p>
    <w:p>
      <w:r>
        <w:t>（二）全国高等教育自学考试指导委员会组织研究制定的《习近平新时代中国特色社会主义思想概论课程自学考试大纲》可在广东省自学考试管理系统公告栏内查询。</w:t>
      </w:r>
    </w:p>
    <w:p>
      <w:r>
        <w:t>（三）“毛泽东思想和中国特色社会主义理论体系概论”（课程代码15041）、“思想道德与法治”（课程代码15042）、“中国近现代史纲要”（课程代码15043）和“马克思主义基本原理”（课程代码15044）等4门课程自学考试大纲待全国考委确定后，我省将向社会公布考生获取方式，请留意相关公告。</w:t>
      </w:r>
    </w:p>
    <w:p>
      <w:r>
        <w:t>（四）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（二）护理学（专业代码101101）专业，新生报名、报考要求按粤考委〔2023〕5号文规定执行。</w:t>
      </w:r>
    </w:p>
    <w:p>
      <w:r>
        <w:t>（三）请各地市自考办、主考学校做好相关工作。</w:t>
      </w:r>
    </w:p>
    <w:p>
      <w:r>
        <w:t>附件：</w:t>
      </w:r>
    </w:p>
    <w:p>
      <w:r>
        <w:t>1.2025年4月广东省高等教育自学考试开考课程考试时间安排表（一）（二）</w:t>
      </w:r>
    </w:p>
    <w:p>
      <w:r>
        <w:t>2.2025年10月广东省高等教育自学考试开考课程考试时间安排表（一）（二）</w:t>
      </w:r>
    </w:p>
    <w:p>
      <w:r>
        <w:t>3.2025年4、10月广东省高等教育自学考试开考课程使用教材表</w:t>
      </w:r>
    </w:p>
    <w:p>
      <w:r>
        <w:t>广东省自学考试委员会办公室</w:t>
      </w:r>
    </w:p>
    <w:p>
      <w:r>
        <w:t>2024年12月27日</w:t>
      </w:r>
    </w:p>
    <w:p>
      <w:r>
        <w:t>附件1 2025年4月广东省高等教育自学考试开考课程考试时间安排表（一）（二）.wps</w:t>
      </w:r>
    </w:p>
    <w:p>
      <w:r>
        <w:t>附件2 2025年10月广东省高等教育自学考试开考课程考试时间安排表（一）（二）.wps</w:t>
      </w:r>
    </w:p>
    <w:p>
      <w:r>
        <w:t>附件3 2025年4、10月广东省高等教育自学考试开考课程使用教材表.wps</w:t>
      </w:r>
    </w:p>
    <w:p>
      <w:pPr>
        <w:pStyle w:val="Heading1"/>
      </w:pPr>
      <w:r>
        <w:t>附件及下载链接</w:t>
      </w:r>
    </w:p>
    <w:p>
      <w:hyperlink r:id="rId13">
        <w:r>
          <w:rPr>
            <w:color w:val="18548A"/>
          </w:rPr>
          <w:t>附件1 2025年4月广东省高等教育自学考试开考课程考试时间安排表（一）（二）.wps</w:t>
        </w:r>
      </w:hyperlink>
    </w:p>
    <w:p>
      <w:r>
        <w:rPr>
          <w:sz w:val="16"/>
        </w:rPr>
        <w:t>https://szeb.sz.gov.cn/attachment/1/1531/1531361/12000628.wps</w:t>
      </w:r>
    </w:p>
    <w:p>
      <w:hyperlink r:id="rId14">
        <w:r>
          <w:rPr>
            <w:color w:val="18548A"/>
          </w:rPr>
          <w:t>附件2 2025年10月广东省高等教育自学考试开考课程考试时间安排表（一）（二）.wps</w:t>
        </w:r>
      </w:hyperlink>
    </w:p>
    <w:p>
      <w:r>
        <w:rPr>
          <w:sz w:val="16"/>
        </w:rPr>
        <w:t>https://szeb.sz.gov.cn/attachment/1/1531/1531362/12000628.wps</w:t>
      </w:r>
    </w:p>
    <w:p>
      <w:hyperlink r:id="rId15">
        <w:r>
          <w:rPr>
            <w:color w:val="18548A"/>
          </w:rPr>
          <w:t>附件3 2025年4、10月广东省高等教育自学考试开考课程使用教材表.wps</w:t>
        </w:r>
      </w:hyperlink>
    </w:p>
    <w:p>
      <w:r>
        <w:rPr>
          <w:sz w:val="16"/>
        </w:rPr>
        <w:t>https://szeb.sz.gov.cn/attachment/1/1531/1531363/12000628.wps</w:t>
      </w:r>
    </w:p>
    <w:p>
      <w:pPr>
        <w:pStyle w:val="Heading1"/>
      </w:pPr>
      <w:r>
        <w:t>正文相关链接</w:t>
      </w:r>
    </w:p>
    <w:p>
      <w:hyperlink r:id="rId16">
        <w:r>
          <w:rPr>
            <w:color w:val="18548A"/>
          </w:rPr>
          <w:t>附件1 2025年4月广东省高等教育自学考试开考课程考试时间安排表（一）（二）.wps</w:t>
        </w:r>
      </w:hyperlink>
    </w:p>
    <w:p>
      <w:r>
        <w:t>https://szeb.sz.gov.cn/attachment/1/1531/1531361/11932727.wps</w:t>
      </w:r>
    </w:p>
    <w:p>
      <w:hyperlink r:id="rId17">
        <w:r>
          <w:rPr>
            <w:color w:val="18548A"/>
          </w:rPr>
          <w:t>附件2 2025年10月广东省高等教育自学考试开考课程考试时间安排表（一）（二）.wps</w:t>
        </w:r>
      </w:hyperlink>
    </w:p>
    <w:p>
      <w:r>
        <w:t>https://szeb.sz.gov.cn/attachment/1/1531/1531362/11932727.wps</w:t>
      </w:r>
    </w:p>
    <w:p>
      <w:hyperlink r:id="rId18">
        <w:r>
          <w:rPr>
            <w:color w:val="18548A"/>
          </w:rPr>
          <w:t>附件3 2025年4、10月广东省高等教育自学考试开考课程使用教材表.wps</w:t>
        </w:r>
      </w:hyperlink>
    </w:p>
    <w:p>
      <w:r>
        <w:t>https://szeb.sz.gov.cn/attachment/1/1531/1531363/11932727.wps</w:t>
      </w:r>
    </w:p>
    <w:p>
      <w:hyperlink r:id="rId19">
        <w:r>
          <w:rPr>
            <w:color w:val="18548A"/>
          </w:rPr>
          <w:t>附件1 2025年4月广东省高等教育自学考试开考课程考试时间安排表（一）（二）.wps</w:t>
        </w:r>
      </w:hyperlink>
    </w:p>
    <w:p>
      <w:r>
        <w:t>https://szeb.sz.gov.cn/attachment/1/1531/1531361/11932713.wps</w:t>
      </w:r>
    </w:p>
    <w:p>
      <w:hyperlink r:id="rId20">
        <w:r>
          <w:rPr>
            <w:color w:val="18548A"/>
          </w:rPr>
          <w:t>附件2 2025年10月广东省高等教育自学考试开考课程考试时间安排表（一）（二）.wps</w:t>
        </w:r>
      </w:hyperlink>
    </w:p>
    <w:p>
      <w:r>
        <w:t>https://szeb.sz.gov.cn/attachment/1/1531/1531362/11932713.wps</w:t>
      </w:r>
    </w:p>
    <w:p>
      <w:hyperlink r:id="rId21">
        <w:r>
          <w:rPr>
            <w:color w:val="18548A"/>
          </w:rPr>
          <w:t>附件3 2025年4、10月广东省高等教育自学考试开考课程使用教材表.wps</w:t>
        </w:r>
      </w:hyperlink>
    </w:p>
    <w:p>
      <w:r>
        <w:t>https://szeb.sz.gov.cn/attachment/1/1531/1531363/11932713.wps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kkkcksap/content/post_12000628.html" TargetMode="External"/><Relationship Id="rId11" Type="http://schemas.openxmlformats.org/officeDocument/2006/relationships/hyperlink" Target="https://szeb.sz.gov.cn/szzkw/qt/tzgg/content/post_11932727.html" TargetMode="External"/><Relationship Id="rId12" Type="http://schemas.openxmlformats.org/officeDocument/2006/relationships/hyperlink" Target="https://szeb.sz.gov.cn/szzkw/zkgg/zkxx1/content/post_11932713.html" TargetMode="External"/><Relationship Id="rId13" Type="http://schemas.openxmlformats.org/officeDocument/2006/relationships/hyperlink" Target="https://szeb.sz.gov.cn/attachment/1/1531/1531361/12000628.wps" TargetMode="External"/><Relationship Id="rId14" Type="http://schemas.openxmlformats.org/officeDocument/2006/relationships/hyperlink" Target="https://szeb.sz.gov.cn/attachment/1/1531/1531362/12000628.wps" TargetMode="External"/><Relationship Id="rId15" Type="http://schemas.openxmlformats.org/officeDocument/2006/relationships/hyperlink" Target="https://szeb.sz.gov.cn/attachment/1/1531/1531363/12000628.wps" TargetMode="External"/><Relationship Id="rId16" Type="http://schemas.openxmlformats.org/officeDocument/2006/relationships/hyperlink" Target="https://szeb.sz.gov.cn/attachment/1/1531/1531361/11932727.wps" TargetMode="External"/><Relationship Id="rId17" Type="http://schemas.openxmlformats.org/officeDocument/2006/relationships/hyperlink" Target="https://szeb.sz.gov.cn/attachment/1/1531/1531362/11932727.wps" TargetMode="External"/><Relationship Id="rId18" Type="http://schemas.openxmlformats.org/officeDocument/2006/relationships/hyperlink" Target="https://szeb.sz.gov.cn/attachment/1/1531/1531363/11932727.wps" TargetMode="External"/><Relationship Id="rId19" Type="http://schemas.openxmlformats.org/officeDocument/2006/relationships/hyperlink" Target="https://szeb.sz.gov.cn/attachment/1/1531/1531361/11932713.wps" TargetMode="External"/><Relationship Id="rId20" Type="http://schemas.openxmlformats.org/officeDocument/2006/relationships/hyperlink" Target="https://szeb.sz.gov.cn/attachment/1/1531/1531362/11932713.wps" TargetMode="External"/><Relationship Id="rId21" Type="http://schemas.openxmlformats.org/officeDocument/2006/relationships/hyperlink" Target="https://szeb.sz.gov.cn/attachment/1/1531/1531363/1193271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