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我市2024年上半年全国中小学教师资格考试（笔试）平稳顺利结束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2024-03-11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社考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https://szeb.sz.gov.cn/szzkw/zkgg/skxx/content/post_11184260.html</w:t>
        </w:r>
      </w:hyperlink>
    </w:p>
    <w:p/>
    <w:p>
      <w:r>
        <w:t>2024年上半年全国中小学教师资格考试（笔试）于3月9日下午圆满结束。本次考试共有考生3.52万人参加，在全市10个区共设44个考点。本次考试组织安全平稳，考点考场秩序井然，考风考纪整体良好，圆满完成了考试组织工作，实现了平安考试的组考目标。</w:t>
      </w:r>
    </w:p>
    <w:p>
      <w:r>
        <w:t>按照教育部教育考试院和省教育考试院有关工作部署和安排，市招考办严格执行各项考试规章制度，精心筹备，周密安排。</w:t>
      </w:r>
    </w:p>
    <w:p>
      <w:r>
        <w:t>一是强化统筹协调。市招考办、各区教育行政部门会同公安、工信、供电、生态环境、市场监督、城管等部门，多部门协同、从细做好考试安全保障，为考生营造健康良好的考试环境，确保考试平安顺利。</w:t>
      </w:r>
    </w:p>
    <w:p>
      <w:r>
        <w:t>二是狠抓考风考纪。考试期间，市、区教育行政部门派出巡视组对我市考点进行巡察，通过人防与技防多措并举，全面加强考试组织管理，严格落实安检制度，严防考生将手机、电子设备等违禁物品带入考场，严查替考违法行为。</w:t>
      </w:r>
    </w:p>
    <w:p>
      <w:r>
        <w:t>三是抓实考务培训。高标准遴选监考员，认真开展三级考务培训，强化安全保密培训和警示教育，进一步提高考试管理水平和保障能力。考后，严格执行监考教师交叉检查规程。</w:t>
      </w:r>
    </w:p>
    <w:p>
      <w:r>
        <w:t>四是优化考试服务。考前，市招考办多渠道发布考生温馨提示，公布考试注意事项，提醒考生合理安排出行计划，按时参加考试。考中及时回应考生来电来访，做好答疑解惑，引导考生积极应考，用心用情、尽心尽力做好服务保障。</w:t>
      </w:r>
    </w:p>
    <w:p>
      <w:r>
        <w:t>据悉，考试成绩预计于2024年4月12日前后公布，考生可通过“中小学教师资格考试网”（网址：https://ntce.neea.edu.cn/）查询打印笔试成绩。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zkgg/skxx/content/post_11184260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