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如何查询自学考试诚信报考档案？</w:t>
      </w:r>
    </w:p>
    <w:p>
      <w:r>
        <w:rPr>
          <w:sz w:val="18"/>
        </w:rPr>
        <w:t>整理归属  广东省教育考试院</w:t>
      </w:r>
    </w:p>
    <w:p>
      <w:r>
        <w:rPr>
          <w:sz w:val="18"/>
        </w:rPr>
        <w:t>发布日期  2024-01-29</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https://eea.gd.gov.cn/dawenku/qtwt/content/post_4353571.html</w:t>
        </w:r>
      </w:hyperlink>
    </w:p>
    <w:p/>
    <w:p>
      <w:r>
        <w:t>考生本人可登录广东省自学考试管理系统查询本人历次考试的诚信报考档案。</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3535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