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f9aa7d0fa02f0126715b24dd0a4e526dc6425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f9aa7d0fa02f0126715b24dd0a4e526dc6425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