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深圳市2026年高中阶段学校第一批录取分数线公布</w:t>
      </w:r>
    </w:p>
    <w:p>
      <w:r>
        <w:rPr>
          <w:sz w:val="18"/>
        </w:rPr>
        <w:t>整理归属  深圳市招生考试办公室</w:t>
      </w:r>
    </w:p>
    <w:p>
      <w:r>
        <w:rPr>
          <w:sz w:val="18"/>
        </w:rPr>
        <w:t>发布日期  2026-07-26</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https://szeb.sz.gov.cn/szzkw/qt/tzgg/content/post_12909874.html</w:t>
        </w:r>
      </w:hyperlink>
    </w:p>
    <w:p>
      <w:r>
        <w:t xml:space="preserve">同文来源  </w:t>
      </w:r>
      <w:hyperlink r:id="rId11">
        <w:r>
          <w:rPr>
            <w:color w:val="18548A"/>
          </w:rPr>
          <w:t>https://szeb.sz.gov.cn/szzkw/zkgg/zkxx/content/post_12909872.html</w:t>
        </w:r>
      </w:hyperlink>
    </w:p>
    <w:p/>
    <w:p>
      <w:r>
        <w:t>深圳市2026年高中阶段学校招生第一批划线工作顺利结束，第一批投档录取工作于7月26日上午完成。7月26日中午12:00起，考生可登录深圳招考网招考服务栏目（网址：</w:t>
      </w:r>
    </w:p>
    <w:p>
      <w:r>
        <w:t>https://szeb.sz.gov.cn/szzkw/zkfw/index.html）查询录取结果。</w:t>
      </w:r>
    </w:p>
    <w:p>
      <w:r>
        <w:t>投档录取规则</w:t>
      </w:r>
    </w:p>
    <w:p>
      <w:r>
        <w:t>深圳市中考招生投档原则是“分数优先、依照志愿顺序”，在中考总分相同的情况下，进行“同分比较”优先投档，比较顺序如下：（1）生物学与地理（合卷）分数高的优先；（2）语、数、英三科总分高的优先。</w:t>
      </w:r>
    </w:p>
    <w:p>
      <w:r>
        <w:t>省一级学校所录取的考生综合素质评价结果须为“达标”，省一级公办普高所录取的考生语文、数学、英语、物理与化学、历史、道法单科等级须在C+以上（含C+），体育单科等级为C以上（含C）。</w:t>
      </w:r>
    </w:p>
    <w:p>
      <w:r>
        <w:t>如考生选择“接受走读调剂”且被录取为走读生，不得在录取后要求转为该校的住宿生，或者以无法住校为由要求退档转录其他学校。</w:t>
      </w:r>
    </w:p>
    <w:p>
      <w:r>
        <w:t>中考录取工作日程安排</w:t>
      </w:r>
    </w:p>
    <w:p>
      <w:r>
        <w:t>第一批招生学校：7月26日上午录取；</w:t>
      </w:r>
    </w:p>
    <w:p>
      <w:r>
        <w:t>第二批招生学校：7月26日下午录取；</w:t>
      </w:r>
    </w:p>
    <w:p>
      <w:r>
        <w:t>第三批招生学校（部、省属及跨市中职类学校）：7月30—31日填报志愿，8月1日由广东省教育考试院组织录取。</w:t>
      </w:r>
    </w:p>
    <w:p>
      <w:r>
        <w:t>录取通知书将于每批录取工作结束后一周内由招生学校寄发给考生本人。如不按录取学校规定的时间报到注册，将被视为自愿放弃入学资格。</w:t>
      </w:r>
    </w:p>
    <w:p>
      <w:r>
        <w:t>阳光招生，接受社会监督</w:t>
      </w:r>
    </w:p>
    <w:p>
      <w:r>
        <w:t>市教育局将持续落实“阳光招生”政策，严肃查处招生违规行为，确保录取公平公正。社会各界可通过招生咨询投诉电话（82181999）监督反馈，市教育局将对举报情况第一时间核查处理。</w:t>
      </w:r>
    </w:p>
    <w:p>
      <w:r>
        <w:t>温馨提醒：请考生、家长通过深圳市教育局、深圳市招生考试办公室的官方网站和微信公众号了解招生录取信息，不要轻信各类所谓升学、招生咨询的网站、公众号、QQ群、微信群等，以免受骗上当，影响升学或带来经济财产损失。</w:t>
      </w:r>
    </w:p>
    <w:p>
      <w:r>
        <w:drawing>
          <wp:inline xmlns:a="http://schemas.openxmlformats.org/drawingml/2006/main" xmlns:pic="http://schemas.openxmlformats.org/drawingml/2006/picture">
            <wp:extent cx="6400800" cy="7102746"/>
            <wp:docPr id="1" name="Picture 1"/>
            <wp:cNvGraphicFramePr>
              <a:graphicFrameLocks noChangeAspect="1"/>
            </wp:cNvGraphicFramePr>
            <a:graphic>
              <a:graphicData uri="http://schemas.openxmlformats.org/drawingml/2006/picture">
                <pic:pic>
                  <pic:nvPicPr>
                    <pic:cNvPr id="0" name="4e6505a0fdcba6ab28b3.png"/>
                    <pic:cNvPicPr/>
                  </pic:nvPicPr>
                  <pic:blipFill>
                    <a:blip r:embed="rId12"/>
                    <a:stretch>
                      <a:fillRect/>
                    </a:stretch>
                  </pic:blipFill>
                  <pic:spPr>
                    <a:xfrm>
                      <a:off x="0" y="0"/>
                      <a:ext cx="6400800" cy="7102746"/>
                    </a:xfrm>
                    <a:prstGeom prst="rect"/>
                  </pic:spPr>
                </pic:pic>
              </a:graphicData>
            </a:graphic>
          </wp:inline>
        </w:drawing>
      </w:r>
    </w:p>
    <w:p>
      <w:r>
        <w:drawing>
          <wp:inline xmlns:a="http://schemas.openxmlformats.org/drawingml/2006/main" xmlns:pic="http://schemas.openxmlformats.org/drawingml/2006/picture">
            <wp:extent cx="6400800" cy="7300631"/>
            <wp:docPr id="2" name="Picture 2"/>
            <wp:cNvGraphicFramePr>
              <a:graphicFrameLocks noChangeAspect="1"/>
            </wp:cNvGraphicFramePr>
            <a:graphic>
              <a:graphicData uri="http://schemas.openxmlformats.org/drawingml/2006/picture">
                <pic:pic>
                  <pic:nvPicPr>
                    <pic:cNvPr id="0" name="afa7a91354a050f0c04c.png"/>
                    <pic:cNvPicPr/>
                  </pic:nvPicPr>
                  <pic:blipFill>
                    <a:blip r:embed="rId13"/>
                    <a:stretch>
                      <a:fillRect/>
                    </a:stretch>
                  </pic:blipFill>
                  <pic:spPr>
                    <a:xfrm>
                      <a:off x="0" y="0"/>
                      <a:ext cx="6400800" cy="7300631"/>
                    </a:xfrm>
                    <a:prstGeom prst="rect"/>
                  </pic:spPr>
                </pic:pic>
              </a:graphicData>
            </a:graphic>
          </wp:inline>
        </w:drawing>
      </w:r>
    </w:p>
    <w:p>
      <w:r>
        <w:drawing>
          <wp:inline xmlns:a="http://schemas.openxmlformats.org/drawingml/2006/main" xmlns:pic="http://schemas.openxmlformats.org/drawingml/2006/picture">
            <wp:extent cx="6400800" cy="7409556"/>
            <wp:docPr id="3" name="Picture 3"/>
            <wp:cNvGraphicFramePr>
              <a:graphicFrameLocks noChangeAspect="1"/>
            </wp:cNvGraphicFramePr>
            <a:graphic>
              <a:graphicData uri="http://schemas.openxmlformats.org/drawingml/2006/picture">
                <pic:pic>
                  <pic:nvPicPr>
                    <pic:cNvPr id="0" name="6af35f3062f6c19ccf93.png"/>
                    <pic:cNvPicPr/>
                  </pic:nvPicPr>
                  <pic:blipFill>
                    <a:blip r:embed="rId14"/>
                    <a:stretch>
                      <a:fillRect/>
                    </a:stretch>
                  </pic:blipFill>
                  <pic:spPr>
                    <a:xfrm>
                      <a:off x="0" y="0"/>
                      <a:ext cx="6400800" cy="7409556"/>
                    </a:xfrm>
                    <a:prstGeom prst="rect"/>
                  </pic:spPr>
                </pic:pic>
              </a:graphicData>
            </a:graphic>
          </wp:inline>
        </w:drawing>
      </w:r>
    </w:p>
    <w:p>
      <w:r>
        <w:drawing>
          <wp:inline xmlns:a="http://schemas.openxmlformats.org/drawingml/2006/main" xmlns:pic="http://schemas.openxmlformats.org/drawingml/2006/picture">
            <wp:extent cx="6400800" cy="7126103"/>
            <wp:docPr id="4" name="Picture 4"/>
            <wp:cNvGraphicFramePr>
              <a:graphicFrameLocks noChangeAspect="1"/>
            </wp:cNvGraphicFramePr>
            <a:graphic>
              <a:graphicData uri="http://schemas.openxmlformats.org/drawingml/2006/picture">
                <pic:pic>
                  <pic:nvPicPr>
                    <pic:cNvPr id="0" name="a408f9f265c4d90b1115.png"/>
                    <pic:cNvPicPr/>
                  </pic:nvPicPr>
                  <pic:blipFill>
                    <a:blip r:embed="rId15"/>
                    <a:stretch>
                      <a:fillRect/>
                    </a:stretch>
                  </pic:blipFill>
                  <pic:spPr>
                    <a:xfrm>
                      <a:off x="0" y="0"/>
                      <a:ext cx="6400800" cy="7126103"/>
                    </a:xfrm>
                    <a:prstGeom prst="rect"/>
                  </pic:spPr>
                </pic:pic>
              </a:graphicData>
            </a:graphic>
          </wp:inline>
        </w:drawing>
      </w:r>
    </w:p>
    <w:p>
      <w:r>
        <w:drawing>
          <wp:inline xmlns:a="http://schemas.openxmlformats.org/drawingml/2006/main" xmlns:pic="http://schemas.openxmlformats.org/drawingml/2006/picture">
            <wp:extent cx="6400800" cy="7299584"/>
            <wp:docPr id="5" name="Picture 5"/>
            <wp:cNvGraphicFramePr>
              <a:graphicFrameLocks noChangeAspect="1"/>
            </wp:cNvGraphicFramePr>
            <a:graphic>
              <a:graphicData uri="http://schemas.openxmlformats.org/drawingml/2006/picture">
                <pic:pic>
                  <pic:nvPicPr>
                    <pic:cNvPr id="0" name="ef080ecd0568c074c307.png"/>
                    <pic:cNvPicPr/>
                  </pic:nvPicPr>
                  <pic:blipFill>
                    <a:blip r:embed="rId16"/>
                    <a:stretch>
                      <a:fillRect/>
                    </a:stretch>
                  </pic:blipFill>
                  <pic:spPr>
                    <a:xfrm>
                      <a:off x="0" y="0"/>
                      <a:ext cx="6400800" cy="7299584"/>
                    </a:xfrm>
                    <a:prstGeom prst="rect"/>
                  </pic:spPr>
                </pic:pic>
              </a:graphicData>
            </a:graphic>
          </wp:inline>
        </w:drawing>
      </w:r>
    </w:p>
    <w:p>
      <w:r>
        <w:drawing>
          <wp:inline xmlns:a="http://schemas.openxmlformats.org/drawingml/2006/main" xmlns:pic="http://schemas.openxmlformats.org/drawingml/2006/picture">
            <wp:extent cx="6400800" cy="7356959"/>
            <wp:docPr id="6" name="Picture 6"/>
            <wp:cNvGraphicFramePr>
              <a:graphicFrameLocks noChangeAspect="1"/>
            </wp:cNvGraphicFramePr>
            <a:graphic>
              <a:graphicData uri="http://schemas.openxmlformats.org/drawingml/2006/picture">
                <pic:pic>
                  <pic:nvPicPr>
                    <pic:cNvPr id="0" name="ad7d136e027d60f0b4ad.png"/>
                    <pic:cNvPicPr/>
                  </pic:nvPicPr>
                  <pic:blipFill>
                    <a:blip r:embed="rId17"/>
                    <a:stretch>
                      <a:fillRect/>
                    </a:stretch>
                  </pic:blipFill>
                  <pic:spPr>
                    <a:xfrm>
                      <a:off x="0" y="0"/>
                      <a:ext cx="6400800" cy="7356959"/>
                    </a:xfrm>
                    <a:prstGeom prst="rect"/>
                  </pic:spPr>
                </pic:pic>
              </a:graphicData>
            </a:graphic>
          </wp:inline>
        </w:drawing>
      </w:r>
    </w:p>
    <w:p>
      <w:r>
        <w:drawing>
          <wp:inline xmlns:a="http://schemas.openxmlformats.org/drawingml/2006/main" xmlns:pic="http://schemas.openxmlformats.org/drawingml/2006/picture">
            <wp:extent cx="6400800" cy="7204706"/>
            <wp:docPr id="7" name="Picture 7"/>
            <wp:cNvGraphicFramePr>
              <a:graphicFrameLocks noChangeAspect="1"/>
            </wp:cNvGraphicFramePr>
            <a:graphic>
              <a:graphicData uri="http://schemas.openxmlformats.org/drawingml/2006/picture">
                <pic:pic>
                  <pic:nvPicPr>
                    <pic:cNvPr id="0" name="51d4c21fa35e805876e8.png"/>
                    <pic:cNvPicPr/>
                  </pic:nvPicPr>
                  <pic:blipFill>
                    <a:blip r:embed="rId18"/>
                    <a:stretch>
                      <a:fillRect/>
                    </a:stretch>
                  </pic:blipFill>
                  <pic:spPr>
                    <a:xfrm>
                      <a:off x="0" y="0"/>
                      <a:ext cx="6400800" cy="7204706"/>
                    </a:xfrm>
                    <a:prstGeom prst="rect"/>
                  </pic:spPr>
                </pic:pic>
              </a:graphicData>
            </a:graphic>
          </wp:inline>
        </w:drawing>
      </w:r>
    </w:p>
    <w:p>
      <w:r>
        <w:drawing>
          <wp:inline xmlns:a="http://schemas.openxmlformats.org/drawingml/2006/main" xmlns:pic="http://schemas.openxmlformats.org/drawingml/2006/picture">
            <wp:extent cx="6400800" cy="7330829"/>
            <wp:docPr id="8" name="Picture 8"/>
            <wp:cNvGraphicFramePr>
              <a:graphicFrameLocks noChangeAspect="1"/>
            </wp:cNvGraphicFramePr>
            <a:graphic>
              <a:graphicData uri="http://schemas.openxmlformats.org/drawingml/2006/picture">
                <pic:pic>
                  <pic:nvPicPr>
                    <pic:cNvPr id="0" name="481bbd436036b448bb49.png"/>
                    <pic:cNvPicPr/>
                  </pic:nvPicPr>
                  <pic:blipFill>
                    <a:blip r:embed="rId19"/>
                    <a:stretch>
                      <a:fillRect/>
                    </a:stretch>
                  </pic:blipFill>
                  <pic:spPr>
                    <a:xfrm>
                      <a:off x="0" y="0"/>
                      <a:ext cx="6400800" cy="7330829"/>
                    </a:xfrm>
                    <a:prstGeom prst="rect"/>
                  </pic:spPr>
                </pic:pic>
              </a:graphicData>
            </a:graphic>
          </wp:inline>
        </w:drawing>
      </w:r>
    </w:p>
    <w:p>
      <w:r>
        <w:drawing>
          <wp:inline xmlns:a="http://schemas.openxmlformats.org/drawingml/2006/main" xmlns:pic="http://schemas.openxmlformats.org/drawingml/2006/picture">
            <wp:extent cx="6400800" cy="7280531"/>
            <wp:docPr id="9" name="Picture 9"/>
            <wp:cNvGraphicFramePr>
              <a:graphicFrameLocks noChangeAspect="1"/>
            </wp:cNvGraphicFramePr>
            <a:graphic>
              <a:graphicData uri="http://schemas.openxmlformats.org/drawingml/2006/picture">
                <pic:pic>
                  <pic:nvPicPr>
                    <pic:cNvPr id="0" name="37a839b7dbfd561bb5e8.png"/>
                    <pic:cNvPicPr/>
                  </pic:nvPicPr>
                  <pic:blipFill>
                    <a:blip r:embed="rId20"/>
                    <a:stretch>
                      <a:fillRect/>
                    </a:stretch>
                  </pic:blipFill>
                  <pic:spPr>
                    <a:xfrm>
                      <a:off x="0" y="0"/>
                      <a:ext cx="6400800" cy="7280531"/>
                    </a:xfrm>
                    <a:prstGeom prst="rect"/>
                  </pic:spPr>
                </pic:pic>
              </a:graphicData>
            </a:graphic>
          </wp:inline>
        </w:drawing>
      </w:r>
    </w:p>
    <w:p>
      <w:r>
        <w:drawing>
          <wp:inline xmlns:a="http://schemas.openxmlformats.org/drawingml/2006/main" xmlns:pic="http://schemas.openxmlformats.org/drawingml/2006/picture">
            <wp:extent cx="6400800" cy="3135207"/>
            <wp:docPr id="10" name="Picture 10"/>
            <wp:cNvGraphicFramePr>
              <a:graphicFrameLocks noChangeAspect="1"/>
            </wp:cNvGraphicFramePr>
            <a:graphic>
              <a:graphicData uri="http://schemas.openxmlformats.org/drawingml/2006/picture">
                <pic:pic>
                  <pic:nvPicPr>
                    <pic:cNvPr id="0" name="f37898c99d189a8ed765.png"/>
                    <pic:cNvPicPr/>
                  </pic:nvPicPr>
                  <pic:blipFill>
                    <a:blip r:embed="rId21"/>
                    <a:stretch>
                      <a:fillRect/>
                    </a:stretch>
                  </pic:blipFill>
                  <pic:spPr>
                    <a:xfrm>
                      <a:off x="0" y="0"/>
                      <a:ext cx="6400800" cy="3135207"/>
                    </a:xfrm>
                    <a:prstGeom prst="rect"/>
                  </pic:spPr>
                </pic:pic>
              </a:graphicData>
            </a:graphic>
          </wp:inline>
        </w:drawing>
      </w:r>
    </w:p>
    <w:p>
      <w:r>
        <w:drawing>
          <wp:inline xmlns:a="http://schemas.openxmlformats.org/drawingml/2006/main" xmlns:pic="http://schemas.openxmlformats.org/drawingml/2006/picture">
            <wp:extent cx="6400800" cy="7230979"/>
            <wp:docPr id="11" name="Picture 11"/>
            <wp:cNvGraphicFramePr>
              <a:graphicFrameLocks noChangeAspect="1"/>
            </wp:cNvGraphicFramePr>
            <a:graphic>
              <a:graphicData uri="http://schemas.openxmlformats.org/drawingml/2006/picture">
                <pic:pic>
                  <pic:nvPicPr>
                    <pic:cNvPr id="0" name="2695cef023fc90c77d50.png"/>
                    <pic:cNvPicPr/>
                  </pic:nvPicPr>
                  <pic:blipFill>
                    <a:blip r:embed="rId22"/>
                    <a:stretch>
                      <a:fillRect/>
                    </a:stretch>
                  </pic:blipFill>
                  <pic:spPr>
                    <a:xfrm>
                      <a:off x="0" y="0"/>
                      <a:ext cx="6400800" cy="7230979"/>
                    </a:xfrm>
                    <a:prstGeom prst="rect"/>
                  </pic:spPr>
                </pic:pic>
              </a:graphicData>
            </a:graphic>
          </wp:inline>
        </w:drawing>
      </w:r>
    </w:p>
    <w:p>
      <w:r>
        <w:drawing>
          <wp:inline xmlns:a="http://schemas.openxmlformats.org/drawingml/2006/main" xmlns:pic="http://schemas.openxmlformats.org/drawingml/2006/picture">
            <wp:extent cx="6400800" cy="7001250"/>
            <wp:docPr id="12" name="Picture 12"/>
            <wp:cNvGraphicFramePr>
              <a:graphicFrameLocks noChangeAspect="1"/>
            </wp:cNvGraphicFramePr>
            <a:graphic>
              <a:graphicData uri="http://schemas.openxmlformats.org/drawingml/2006/picture">
                <pic:pic>
                  <pic:nvPicPr>
                    <pic:cNvPr id="0" name="d41b181c1b864e56b20c.png"/>
                    <pic:cNvPicPr/>
                  </pic:nvPicPr>
                  <pic:blipFill>
                    <a:blip r:embed="rId23"/>
                    <a:stretch>
                      <a:fillRect/>
                    </a:stretch>
                  </pic:blipFill>
                  <pic:spPr>
                    <a:xfrm>
                      <a:off x="0" y="0"/>
                      <a:ext cx="6400800" cy="7001250"/>
                    </a:xfrm>
                    <a:prstGeom prst="rect"/>
                  </pic:spPr>
                </pic:pic>
              </a:graphicData>
            </a:graphic>
          </wp:inline>
        </w:drawing>
      </w:r>
    </w:p>
    <w:p>
      <w:r>
        <w:drawing>
          <wp:inline xmlns:a="http://schemas.openxmlformats.org/drawingml/2006/main" xmlns:pic="http://schemas.openxmlformats.org/drawingml/2006/picture">
            <wp:extent cx="6400800" cy="7148867"/>
            <wp:docPr id="13" name="Picture 13"/>
            <wp:cNvGraphicFramePr>
              <a:graphicFrameLocks noChangeAspect="1"/>
            </wp:cNvGraphicFramePr>
            <a:graphic>
              <a:graphicData uri="http://schemas.openxmlformats.org/drawingml/2006/picture">
                <pic:pic>
                  <pic:nvPicPr>
                    <pic:cNvPr id="0" name="7ff18f755dafee68ccec.png"/>
                    <pic:cNvPicPr/>
                  </pic:nvPicPr>
                  <pic:blipFill>
                    <a:blip r:embed="rId24"/>
                    <a:stretch>
                      <a:fillRect/>
                    </a:stretch>
                  </pic:blipFill>
                  <pic:spPr>
                    <a:xfrm>
                      <a:off x="0" y="0"/>
                      <a:ext cx="6400800" cy="7148867"/>
                    </a:xfrm>
                    <a:prstGeom prst="rect"/>
                  </pic:spPr>
                </pic:pic>
              </a:graphicData>
            </a:graphic>
          </wp:inline>
        </w:drawing>
      </w:r>
    </w:p>
    <w:p>
      <w:r>
        <w:drawing>
          <wp:inline xmlns:a="http://schemas.openxmlformats.org/drawingml/2006/main" xmlns:pic="http://schemas.openxmlformats.org/drawingml/2006/picture">
            <wp:extent cx="6400800" cy="7336625"/>
            <wp:docPr id="14" name="Picture 14"/>
            <wp:cNvGraphicFramePr>
              <a:graphicFrameLocks noChangeAspect="1"/>
            </wp:cNvGraphicFramePr>
            <a:graphic>
              <a:graphicData uri="http://schemas.openxmlformats.org/drawingml/2006/picture">
                <pic:pic>
                  <pic:nvPicPr>
                    <pic:cNvPr id="0" name="ede1a5eab3d60371d209.png"/>
                    <pic:cNvPicPr/>
                  </pic:nvPicPr>
                  <pic:blipFill>
                    <a:blip r:embed="rId25"/>
                    <a:stretch>
                      <a:fillRect/>
                    </a:stretch>
                  </pic:blipFill>
                  <pic:spPr>
                    <a:xfrm>
                      <a:off x="0" y="0"/>
                      <a:ext cx="6400800" cy="7336625"/>
                    </a:xfrm>
                    <a:prstGeom prst="rect"/>
                  </pic:spPr>
                </pic:pic>
              </a:graphicData>
            </a:graphic>
          </wp:inline>
        </w:drawing>
      </w:r>
    </w:p>
    <w:p>
      <w:r>
        <w:drawing>
          <wp:inline xmlns:a="http://schemas.openxmlformats.org/drawingml/2006/main" xmlns:pic="http://schemas.openxmlformats.org/drawingml/2006/picture">
            <wp:extent cx="6400800" cy="7138662"/>
            <wp:docPr id="15" name="Picture 15"/>
            <wp:cNvGraphicFramePr>
              <a:graphicFrameLocks noChangeAspect="1"/>
            </wp:cNvGraphicFramePr>
            <a:graphic>
              <a:graphicData uri="http://schemas.openxmlformats.org/drawingml/2006/picture">
                <pic:pic>
                  <pic:nvPicPr>
                    <pic:cNvPr id="0" name="d09fbd60f6f66ab4a792.png"/>
                    <pic:cNvPicPr/>
                  </pic:nvPicPr>
                  <pic:blipFill>
                    <a:blip r:embed="rId26"/>
                    <a:stretch>
                      <a:fillRect/>
                    </a:stretch>
                  </pic:blipFill>
                  <pic:spPr>
                    <a:xfrm>
                      <a:off x="0" y="0"/>
                      <a:ext cx="6400800" cy="7138662"/>
                    </a:xfrm>
                    <a:prstGeom prst="rect"/>
                  </pic:spPr>
                </pic:pic>
              </a:graphicData>
            </a:graphic>
          </wp:inline>
        </w:drawing>
      </w:r>
    </w:p>
    <w:p>
      <w:r>
        <w:drawing>
          <wp:inline xmlns:a="http://schemas.openxmlformats.org/drawingml/2006/main" xmlns:pic="http://schemas.openxmlformats.org/drawingml/2006/picture">
            <wp:extent cx="6400800" cy="7115336"/>
            <wp:docPr id="16" name="Picture 16"/>
            <wp:cNvGraphicFramePr>
              <a:graphicFrameLocks noChangeAspect="1"/>
            </wp:cNvGraphicFramePr>
            <a:graphic>
              <a:graphicData uri="http://schemas.openxmlformats.org/drawingml/2006/picture">
                <pic:pic>
                  <pic:nvPicPr>
                    <pic:cNvPr id="0" name="71bfbcebae905c98fffe.png"/>
                    <pic:cNvPicPr/>
                  </pic:nvPicPr>
                  <pic:blipFill>
                    <a:blip r:embed="rId27"/>
                    <a:stretch>
                      <a:fillRect/>
                    </a:stretch>
                  </pic:blipFill>
                  <pic:spPr>
                    <a:xfrm>
                      <a:off x="0" y="0"/>
                      <a:ext cx="6400800" cy="7115336"/>
                    </a:xfrm>
                    <a:prstGeom prst="rect"/>
                  </pic:spPr>
                </pic:pic>
              </a:graphicData>
            </a:graphic>
          </wp:inline>
        </w:drawing>
      </w:r>
    </w:p>
    <w:p>
      <w:r>
        <w:drawing>
          <wp:inline xmlns:a="http://schemas.openxmlformats.org/drawingml/2006/main" xmlns:pic="http://schemas.openxmlformats.org/drawingml/2006/picture">
            <wp:extent cx="6400800" cy="7147162"/>
            <wp:docPr id="17" name="Picture 17"/>
            <wp:cNvGraphicFramePr>
              <a:graphicFrameLocks noChangeAspect="1"/>
            </wp:cNvGraphicFramePr>
            <a:graphic>
              <a:graphicData uri="http://schemas.openxmlformats.org/drawingml/2006/picture">
                <pic:pic>
                  <pic:nvPicPr>
                    <pic:cNvPr id="0" name="1dd19fec9c6306e1d3e8.png"/>
                    <pic:cNvPicPr/>
                  </pic:nvPicPr>
                  <pic:blipFill>
                    <a:blip r:embed="rId28"/>
                    <a:stretch>
                      <a:fillRect/>
                    </a:stretch>
                  </pic:blipFill>
                  <pic:spPr>
                    <a:xfrm>
                      <a:off x="0" y="0"/>
                      <a:ext cx="6400800" cy="7147162"/>
                    </a:xfrm>
                    <a:prstGeom prst="rect"/>
                  </pic:spPr>
                </pic:pic>
              </a:graphicData>
            </a:graphic>
          </wp:inline>
        </w:drawing>
      </w:r>
    </w:p>
    <w:p>
      <w:r>
        <w:drawing>
          <wp:inline xmlns:a="http://schemas.openxmlformats.org/drawingml/2006/main" xmlns:pic="http://schemas.openxmlformats.org/drawingml/2006/picture">
            <wp:extent cx="6400800" cy="7342623"/>
            <wp:docPr id="18" name="Picture 18"/>
            <wp:cNvGraphicFramePr>
              <a:graphicFrameLocks noChangeAspect="1"/>
            </wp:cNvGraphicFramePr>
            <a:graphic>
              <a:graphicData uri="http://schemas.openxmlformats.org/drawingml/2006/picture">
                <pic:pic>
                  <pic:nvPicPr>
                    <pic:cNvPr id="0" name="2d3040918833641d9f1f.png"/>
                    <pic:cNvPicPr/>
                  </pic:nvPicPr>
                  <pic:blipFill>
                    <a:blip r:embed="rId29"/>
                    <a:stretch>
                      <a:fillRect/>
                    </a:stretch>
                  </pic:blipFill>
                  <pic:spPr>
                    <a:xfrm>
                      <a:off x="0" y="0"/>
                      <a:ext cx="6400800" cy="7342623"/>
                    </a:xfrm>
                    <a:prstGeom prst="rect"/>
                  </pic:spPr>
                </pic:pic>
              </a:graphicData>
            </a:graphic>
          </wp:inline>
        </w:drawing>
      </w:r>
    </w:p>
    <w:p>
      <w:r>
        <w:drawing>
          <wp:inline xmlns:a="http://schemas.openxmlformats.org/drawingml/2006/main" xmlns:pic="http://schemas.openxmlformats.org/drawingml/2006/picture">
            <wp:extent cx="6400800" cy="5375224"/>
            <wp:docPr id="19" name="Picture 19"/>
            <wp:cNvGraphicFramePr>
              <a:graphicFrameLocks noChangeAspect="1"/>
            </wp:cNvGraphicFramePr>
            <a:graphic>
              <a:graphicData uri="http://schemas.openxmlformats.org/drawingml/2006/picture">
                <pic:pic>
                  <pic:nvPicPr>
                    <pic:cNvPr id="0" name="8d23849e60023e237a96.png"/>
                    <pic:cNvPicPr/>
                  </pic:nvPicPr>
                  <pic:blipFill>
                    <a:blip r:embed="rId30"/>
                    <a:stretch>
                      <a:fillRect/>
                    </a:stretch>
                  </pic:blipFill>
                  <pic:spPr>
                    <a:xfrm>
                      <a:off x="0" y="0"/>
                      <a:ext cx="6400800" cy="5375224"/>
                    </a:xfrm>
                    <a:prstGeom prst="rect"/>
                  </pic:spPr>
                </pic:pic>
              </a:graphicData>
            </a:graphic>
          </wp:inline>
        </w:drawing>
      </w:r>
    </w:p>
    <w:p>
      <w:r>
        <w:drawing>
          <wp:inline xmlns:a="http://schemas.openxmlformats.org/drawingml/2006/main" xmlns:pic="http://schemas.openxmlformats.org/drawingml/2006/picture">
            <wp:extent cx="6400800" cy="6951149"/>
            <wp:docPr id="20" name="Picture 20"/>
            <wp:cNvGraphicFramePr>
              <a:graphicFrameLocks noChangeAspect="1"/>
            </wp:cNvGraphicFramePr>
            <a:graphic>
              <a:graphicData uri="http://schemas.openxmlformats.org/drawingml/2006/picture">
                <pic:pic>
                  <pic:nvPicPr>
                    <pic:cNvPr id="0" name="0f4482ecf05ab0a1dcdc.png"/>
                    <pic:cNvPicPr/>
                  </pic:nvPicPr>
                  <pic:blipFill>
                    <a:blip r:embed="rId31"/>
                    <a:stretch>
                      <a:fillRect/>
                    </a:stretch>
                  </pic:blipFill>
                  <pic:spPr>
                    <a:xfrm>
                      <a:off x="0" y="0"/>
                      <a:ext cx="6400800" cy="6951149"/>
                    </a:xfrm>
                    <a:prstGeom prst="rect"/>
                  </pic:spPr>
                </pic:pic>
              </a:graphicData>
            </a:graphic>
          </wp:inline>
        </w:drawing>
      </w:r>
    </w:p>
    <w:p>
      <w:r>
        <w:drawing>
          <wp:inline xmlns:a="http://schemas.openxmlformats.org/drawingml/2006/main" xmlns:pic="http://schemas.openxmlformats.org/drawingml/2006/picture">
            <wp:extent cx="6400800" cy="7113342"/>
            <wp:docPr id="21" name="Picture 21"/>
            <wp:cNvGraphicFramePr>
              <a:graphicFrameLocks noChangeAspect="1"/>
            </wp:cNvGraphicFramePr>
            <a:graphic>
              <a:graphicData uri="http://schemas.openxmlformats.org/drawingml/2006/picture">
                <pic:pic>
                  <pic:nvPicPr>
                    <pic:cNvPr id="0" name="e1438497bf5ec7870327.png"/>
                    <pic:cNvPicPr/>
                  </pic:nvPicPr>
                  <pic:blipFill>
                    <a:blip r:embed="rId32"/>
                    <a:stretch>
                      <a:fillRect/>
                    </a:stretch>
                  </pic:blipFill>
                  <pic:spPr>
                    <a:xfrm>
                      <a:off x="0" y="0"/>
                      <a:ext cx="6400800" cy="7113342"/>
                    </a:xfrm>
                    <a:prstGeom prst="rect"/>
                  </pic:spPr>
                </pic:pic>
              </a:graphicData>
            </a:graphic>
          </wp:inline>
        </w:drawing>
      </w:r>
    </w:p>
    <w:p>
      <w:r>
        <w:drawing>
          <wp:inline xmlns:a="http://schemas.openxmlformats.org/drawingml/2006/main" xmlns:pic="http://schemas.openxmlformats.org/drawingml/2006/picture">
            <wp:extent cx="6400800" cy="7156324"/>
            <wp:docPr id="22" name="Picture 22"/>
            <wp:cNvGraphicFramePr>
              <a:graphicFrameLocks noChangeAspect="1"/>
            </wp:cNvGraphicFramePr>
            <a:graphic>
              <a:graphicData uri="http://schemas.openxmlformats.org/drawingml/2006/picture">
                <pic:pic>
                  <pic:nvPicPr>
                    <pic:cNvPr id="0" name="3d109dc6ac493d47dcfb.png"/>
                    <pic:cNvPicPr/>
                  </pic:nvPicPr>
                  <pic:blipFill>
                    <a:blip r:embed="rId33"/>
                    <a:stretch>
                      <a:fillRect/>
                    </a:stretch>
                  </pic:blipFill>
                  <pic:spPr>
                    <a:xfrm>
                      <a:off x="0" y="0"/>
                      <a:ext cx="6400800" cy="7156324"/>
                    </a:xfrm>
                    <a:prstGeom prst="rect"/>
                  </pic:spPr>
                </pic:pic>
              </a:graphicData>
            </a:graphic>
          </wp:inline>
        </w:drawing>
      </w:r>
    </w:p>
    <w:p>
      <w:r>
        <w:drawing>
          <wp:inline xmlns:a="http://schemas.openxmlformats.org/drawingml/2006/main" xmlns:pic="http://schemas.openxmlformats.org/drawingml/2006/picture">
            <wp:extent cx="6400800" cy="6329082"/>
            <wp:docPr id="23" name="Picture 23"/>
            <wp:cNvGraphicFramePr>
              <a:graphicFrameLocks noChangeAspect="1"/>
            </wp:cNvGraphicFramePr>
            <a:graphic>
              <a:graphicData uri="http://schemas.openxmlformats.org/drawingml/2006/picture">
                <pic:pic>
                  <pic:nvPicPr>
                    <pic:cNvPr id="0" name="075efe95cb47d38090d4.png"/>
                    <pic:cNvPicPr/>
                  </pic:nvPicPr>
                  <pic:blipFill>
                    <a:blip r:embed="rId34"/>
                    <a:stretch>
                      <a:fillRect/>
                    </a:stretch>
                  </pic:blipFill>
                  <pic:spPr>
                    <a:xfrm>
                      <a:off x="0" y="0"/>
                      <a:ext cx="6400800" cy="6329082"/>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909874.html" TargetMode="External"/><Relationship Id="rId11" Type="http://schemas.openxmlformats.org/officeDocument/2006/relationships/hyperlink" Target="https://szeb.sz.gov.cn/szzkw/zkgg/zkxx/content/post_12909872.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image" Target="media/image20.png"/><Relationship Id="rId32" Type="http://schemas.openxmlformats.org/officeDocument/2006/relationships/image" Target="media/image21.png"/><Relationship Id="rId33" Type="http://schemas.openxmlformats.org/officeDocument/2006/relationships/image" Target="media/image22.png"/><Relationship Id="rId34"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