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深圳市招生考试办公室关于暂停线下业务办理的公告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https://szeb.sz.gov.cn/szzkw/qtxx/content/post_9989512.html</w:t>
        </w:r>
      </w:hyperlink>
    </w:p>
    <w:p/>
    <w:p>
      <w:r>
        <w:t>广大市民朋友：</w:t>
      </w:r>
    </w:p>
    <w:p>
      <w:r>
        <w:t>自7月29日起，深圳市招生考试办公室暂停办理线下业务。其间您如有相关办事需求，可通过深圳招考网、深圳市招生考试办公室微信公众号进行网上办事。您也可拨打咨询热线：82181999，由工作人员提供详细的解答和网上办理指南。对于非特殊紧急类政务服务事项，请您尽量推迟或延期办理。我们将按照最新指示要求，适时恢复线下业务办理，并通过多种渠道发布通知，敬请关注！</w:t>
      </w:r>
    </w:p>
    <w:p>
      <w:r>
        <w:t>给您带来的不便，我们深表歉意！感谢您的理解与支持！</w:t>
      </w:r>
    </w:p>
    <w:p>
      <w:r>
        <w:t>深圳市招生考试办公室</w:t>
      </w:r>
    </w:p>
    <w:p>
      <w:r>
        <w:t>2022年7月29日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99895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